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70C3A" w14:textId="77777777" w:rsidR="007525E8" w:rsidRDefault="003C51FE" w:rsidP="00F96772">
      <w:pPr>
        <w:spacing w:after="80"/>
        <w:jc w:val="both"/>
      </w:pPr>
      <w:r>
        <w:rPr>
          <w:b/>
        </w:rPr>
        <w:t>GRAD CRIKVENICA</w:t>
      </w:r>
    </w:p>
    <w:p w14:paraId="658CD72C" w14:textId="77777777" w:rsidR="007525E8" w:rsidRDefault="003C51FE">
      <w:pPr>
        <w:spacing w:after="160"/>
      </w:pPr>
      <w:r>
        <w:t>Upravni odjel za društvene djelatnosti i lokalnu samoupravu</w:t>
      </w:r>
      <w:r>
        <w:br/>
        <w:t>51260 CRIKVENICA</w:t>
      </w:r>
    </w:p>
    <w:p w14:paraId="6727A579" w14:textId="77777777" w:rsidR="007525E8" w:rsidRDefault="003C51FE">
      <w:pPr>
        <w:spacing w:after="40"/>
        <w:jc w:val="center"/>
      </w:pPr>
      <w:r>
        <w:rPr>
          <w:b/>
          <w:sz w:val="28"/>
        </w:rPr>
        <w:t>ZAHTJEV ZA SUFINANCIRANJE PRIJEVOZA STUDENATA</w:t>
      </w:r>
    </w:p>
    <w:p w14:paraId="770401C6" w14:textId="77777777" w:rsidR="007525E8" w:rsidRDefault="003C51FE">
      <w:pPr>
        <w:jc w:val="center"/>
      </w:pPr>
      <w:r>
        <w:rPr>
          <w:b/>
          <w:sz w:val="22"/>
        </w:rPr>
        <w:t>za akademsku godinu 2026./2027.</w:t>
      </w:r>
    </w:p>
    <w:p w14:paraId="6FC4FB91" w14:textId="77777777" w:rsidR="007525E8" w:rsidRDefault="003C51FE">
      <w:pPr>
        <w:spacing w:after="60"/>
      </w:pPr>
      <w:r>
        <w:rPr>
          <w:b/>
        </w:rPr>
        <w:t>Podaci o studentu:</w:t>
      </w:r>
    </w:p>
    <w:p w14:paraId="72F3E694" w14:textId="77777777" w:rsidR="007525E8" w:rsidRDefault="003C51FE">
      <w:pPr>
        <w:spacing w:after="80"/>
      </w:pPr>
      <w:r>
        <w:t>Ime i prezime: _________________________________________________</w:t>
      </w:r>
    </w:p>
    <w:p w14:paraId="11E1B42E" w14:textId="77777777" w:rsidR="007525E8" w:rsidRDefault="003C51FE">
      <w:pPr>
        <w:spacing w:after="80"/>
      </w:pPr>
      <w:r>
        <w:t>Adresa prebivališta: _____________________________________________</w:t>
      </w:r>
    </w:p>
    <w:p w14:paraId="1AC9F84B" w14:textId="77777777" w:rsidR="007525E8" w:rsidRDefault="003C51FE">
      <w:pPr>
        <w:spacing w:after="80"/>
      </w:pPr>
      <w:r>
        <w:t>Broj telefona: _________________________________________________</w:t>
      </w:r>
    </w:p>
    <w:p w14:paraId="514715D5" w14:textId="77777777" w:rsidR="007525E8" w:rsidRDefault="003C51FE">
      <w:pPr>
        <w:spacing w:after="80"/>
      </w:pPr>
      <w:r>
        <w:t>E-mail: _______________________________________________________</w:t>
      </w:r>
    </w:p>
    <w:p w14:paraId="2F1D7C40" w14:textId="77777777" w:rsidR="007525E8" w:rsidRDefault="003C51FE">
      <w:pPr>
        <w:spacing w:after="80"/>
      </w:pPr>
      <w:r>
        <w:t>Naziv fakulteta: ________________________________________________</w:t>
      </w:r>
    </w:p>
    <w:p w14:paraId="19345DFF" w14:textId="77777777" w:rsidR="007525E8" w:rsidRDefault="003C51FE">
      <w:pPr>
        <w:spacing w:after="80"/>
      </w:pPr>
      <w:r>
        <w:t>Godina studija:   □ 1   □ 2   □ 3   □ 4   □ 5   □ 6</w:t>
      </w:r>
    </w:p>
    <w:p w14:paraId="0906C2B4" w14:textId="77777777" w:rsidR="007525E8" w:rsidRDefault="003C51FE">
      <w:pPr>
        <w:spacing w:after="80"/>
      </w:pPr>
      <w:r>
        <w:t>Odabrani prijevoznik: ____________________________________________</w:t>
      </w:r>
    </w:p>
    <w:p w14:paraId="6368164E" w14:textId="77777777" w:rsidR="007525E8" w:rsidRDefault="003C51FE">
      <w:pPr>
        <w:spacing w:after="60"/>
      </w:pPr>
      <w:r>
        <w:rPr>
          <w:b/>
        </w:rPr>
        <w:t>Odabir vrste prijevozne karte:</w:t>
      </w:r>
    </w:p>
    <w:p w14:paraId="2B2CA0E7" w14:textId="77777777" w:rsidR="007525E8" w:rsidRDefault="003C51FE">
      <w:pPr>
        <w:spacing w:after="80"/>
      </w:pPr>
      <w:r>
        <w:t>□ mjesečna prijevozna karta</w:t>
      </w:r>
    </w:p>
    <w:p w14:paraId="6A258D57" w14:textId="77777777" w:rsidR="007525E8" w:rsidRDefault="003C51FE">
      <w:pPr>
        <w:spacing w:after="160"/>
      </w:pPr>
      <w:r>
        <w:t>□ paket od 10 vožnji mjesečno</w:t>
      </w:r>
    </w:p>
    <w:p w14:paraId="3DAC3120" w14:textId="77777777" w:rsidR="007525E8" w:rsidRDefault="003C51FE">
      <w:pPr>
        <w:spacing w:after="60"/>
      </w:pPr>
      <w:r>
        <w:rPr>
          <w:b/>
        </w:rPr>
        <w:t>Podaci za povrat sredstava - samo ako je karta već kupljena u listopadu 2026. godine:</w:t>
      </w:r>
    </w:p>
    <w:p w14:paraId="11E56F65" w14:textId="77777777" w:rsidR="007525E8" w:rsidRDefault="003C51FE">
      <w:pPr>
        <w:spacing w:after="80"/>
      </w:pPr>
      <w:r>
        <w:t>Mjesec: listopad 2026.</w:t>
      </w:r>
    </w:p>
    <w:p w14:paraId="29EF3635" w14:textId="77777777" w:rsidR="007525E8" w:rsidRDefault="003C51FE">
      <w:pPr>
        <w:spacing w:after="80"/>
      </w:pPr>
      <w:r>
        <w:t>IBAN: ________________________________________________________</w:t>
      </w:r>
    </w:p>
    <w:p w14:paraId="58FF51CA" w14:textId="77777777" w:rsidR="007525E8" w:rsidRDefault="003C51FE">
      <w:pPr>
        <w:spacing w:after="80"/>
      </w:pPr>
      <w:r>
        <w:t>Naziv banke: __________________________________________________</w:t>
      </w:r>
    </w:p>
    <w:p w14:paraId="55F1979C" w14:textId="77777777" w:rsidR="007525E8" w:rsidRDefault="003C51FE">
      <w:pPr>
        <w:spacing w:after="80"/>
      </w:pPr>
      <w:r>
        <w:t>Ime i prezime vlasnika IBAN-a: ___________________________________</w:t>
      </w:r>
    </w:p>
    <w:p w14:paraId="305224B9" w14:textId="77777777" w:rsidR="007525E8" w:rsidRDefault="003C51FE">
      <w:pPr>
        <w:spacing w:after="80"/>
      </w:pPr>
      <w:r>
        <w:t>OIB vlasnika IBAN-a: ____________________________________________</w:t>
      </w:r>
    </w:p>
    <w:p w14:paraId="5A579A02" w14:textId="77777777" w:rsidR="007525E8" w:rsidRDefault="003C51FE">
      <w:pPr>
        <w:spacing w:after="60"/>
      </w:pPr>
      <w:r>
        <w:rPr>
          <w:b/>
        </w:rPr>
        <w:t>Izjava:</w:t>
      </w:r>
    </w:p>
    <w:p w14:paraId="6DBC1F88" w14:textId="77777777" w:rsidR="007525E8" w:rsidRDefault="003C51FE">
      <w:pPr>
        <w:spacing w:after="160"/>
      </w:pPr>
      <w:r>
        <w:t>Potpisom potvrđujem da su podaci navedeni u ovom zahtjevu točni te dajem suglasnost Gradu Crikvenici da podatke potrebne za provedbu sufinanciranja dostavi odabranom prijevozniku u svrhu ostvarivanja prava na sufinanciranje prijevozne karte.</w:t>
      </w:r>
    </w:p>
    <w:p w14:paraId="65129852" w14:textId="77777777" w:rsidR="007525E8" w:rsidRDefault="003C51FE">
      <w:pPr>
        <w:spacing w:after="160"/>
      </w:pPr>
      <w:r>
        <w:t>Datum podnošenja zahtjeva: ____________________</w:t>
      </w:r>
    </w:p>
    <w:p w14:paraId="156A5BA2" w14:textId="77777777" w:rsidR="007525E8" w:rsidRDefault="003C51FE">
      <w:pPr>
        <w:jc w:val="right"/>
      </w:pPr>
      <w:r>
        <w:t>Potpis podnositelja zahtjeva:</w:t>
      </w:r>
      <w:r>
        <w:br/>
      </w:r>
      <w:r>
        <w:br/>
        <w:t>_____________________________</w:t>
      </w:r>
    </w:p>
    <w:p w14:paraId="2C4A0129" w14:textId="77777777" w:rsidR="007525E8" w:rsidRDefault="003C51FE">
      <w:pPr>
        <w:spacing w:after="60"/>
      </w:pPr>
      <w:r>
        <w:rPr>
          <w:b/>
        </w:rPr>
        <w:t>Prilozi:</w:t>
      </w:r>
    </w:p>
    <w:p w14:paraId="2E1B5B49" w14:textId="77777777" w:rsidR="007525E8" w:rsidRDefault="003C51FE">
      <w:pPr>
        <w:spacing w:after="80"/>
      </w:pPr>
      <w:r>
        <w:t>□ Potvrda o upisu na fakultet za akademsku godinu 2026./2027. iz koje je vidljiv status redovitog studenta</w:t>
      </w:r>
    </w:p>
    <w:p w14:paraId="6A89CDBE" w14:textId="77777777" w:rsidR="007525E8" w:rsidRDefault="003C51FE">
      <w:pPr>
        <w:spacing w:after="80"/>
      </w:pPr>
      <w:r>
        <w:t>□ Preslika osobne iskaznice studenta ili uvjerenje o prebivalištu</w:t>
      </w:r>
    </w:p>
    <w:p w14:paraId="43A6E424" w14:textId="77777777" w:rsidR="007525E8" w:rsidRDefault="003C51FE">
      <w:pPr>
        <w:spacing w:after="80"/>
      </w:pPr>
      <w:r>
        <w:t>□ Račun - samo ako se traži povrat sredstava za kartu kupljenu u listopadu 2026. godine</w:t>
      </w:r>
    </w:p>
    <w:p w14:paraId="748B050D" w14:textId="77777777" w:rsidR="007525E8" w:rsidRDefault="003C51FE">
      <w:pPr>
        <w:spacing w:after="80"/>
      </w:pPr>
      <w:r>
        <w:t>□ Dokaz o IBAN-u - samo ako se traži povrat sredstava</w:t>
      </w:r>
    </w:p>
    <w:sectPr w:rsidR="007525E8" w:rsidSect="00034616">
      <w:pgSz w:w="12240" w:h="15840"/>
      <w:pgMar w:top="1020" w:right="1247" w:bottom="102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1491598">
    <w:abstractNumId w:val="8"/>
  </w:num>
  <w:num w:numId="2" w16cid:durableId="103809859">
    <w:abstractNumId w:val="6"/>
  </w:num>
  <w:num w:numId="3" w16cid:durableId="1576433597">
    <w:abstractNumId w:val="5"/>
  </w:num>
  <w:num w:numId="4" w16cid:durableId="986399299">
    <w:abstractNumId w:val="4"/>
  </w:num>
  <w:num w:numId="5" w16cid:durableId="1643343158">
    <w:abstractNumId w:val="7"/>
  </w:num>
  <w:num w:numId="6" w16cid:durableId="534200721">
    <w:abstractNumId w:val="3"/>
  </w:num>
  <w:num w:numId="7" w16cid:durableId="1848402582">
    <w:abstractNumId w:val="2"/>
  </w:num>
  <w:num w:numId="8" w16cid:durableId="1334406976">
    <w:abstractNumId w:val="1"/>
  </w:num>
  <w:num w:numId="9" w16cid:durableId="361978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C51FE"/>
    <w:rsid w:val="007525E8"/>
    <w:rsid w:val="00AA1D8D"/>
    <w:rsid w:val="00B47730"/>
    <w:rsid w:val="00CB0664"/>
    <w:rsid w:val="00E50945"/>
    <w:rsid w:val="00F967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82ABDC"/>
  <w14:defaultImageDpi w14:val="300"/>
  <w15:docId w15:val="{D8B0E818-F091-4A2D-B442-07DD0265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Martina Tomašić Smoljan</cp:lastModifiedBy>
  <cp:revision>2</cp:revision>
  <dcterms:created xsi:type="dcterms:W3CDTF">2013-12-23T23:15:00Z</dcterms:created>
  <dcterms:modified xsi:type="dcterms:W3CDTF">2026-09-11T10:07:00Z</dcterms:modified>
  <cp:category/>
</cp:coreProperties>
</file>