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F2573F" w14:textId="2655766E" w:rsidR="000C4192" w:rsidRPr="00C966BE" w:rsidRDefault="001675CD" w:rsidP="000C4192">
      <w:pPr>
        <w:jc w:val="right"/>
        <w:rPr>
          <w:rFonts w:ascii="Arial" w:hAnsi="Arial" w:cs="Arial"/>
          <w:sz w:val="24"/>
          <w:szCs w:val="24"/>
        </w:rPr>
      </w:pPr>
      <w:r>
        <w:rPr>
          <w:noProof/>
        </w:rPr>
        <w:drawing>
          <wp:inline distT="0" distB="0" distL="0" distR="0" wp14:anchorId="6DC12C0B" wp14:editId="15A2EC71">
            <wp:extent cx="1143000" cy="304800"/>
            <wp:effectExtent l="0" t="0" r="0" b="0"/>
            <wp:docPr id="193871401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C4192" w:rsidRPr="00C966BE">
        <w:rPr>
          <w:rFonts w:ascii="Arial" w:hAnsi="Arial" w:cs="Arial"/>
          <w:sz w:val="24"/>
          <w:szCs w:val="24"/>
        </w:rPr>
        <w:t xml:space="preserve">                </w:t>
      </w:r>
    </w:p>
    <w:p w14:paraId="1F09D94A" w14:textId="77777777" w:rsidR="000C4192" w:rsidRPr="00C966BE" w:rsidRDefault="000C4192" w:rsidP="000C4192">
      <w:pPr>
        <w:jc w:val="both"/>
        <w:rPr>
          <w:rFonts w:ascii="Arial" w:hAnsi="Arial" w:cs="Arial"/>
          <w:sz w:val="24"/>
          <w:szCs w:val="24"/>
        </w:rPr>
      </w:pPr>
      <w:r w:rsidRPr="00C966BE">
        <w:rPr>
          <w:rFonts w:ascii="Arial" w:hAnsi="Arial" w:cs="Arial"/>
          <w:sz w:val="24"/>
          <w:szCs w:val="24"/>
        </w:rPr>
        <w:t xml:space="preserve">                         </w:t>
      </w:r>
      <w:r w:rsidRPr="00C966BE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4840A6BA" wp14:editId="7349090E">
            <wp:extent cx="403860" cy="495300"/>
            <wp:effectExtent l="0" t="0" r="0" b="0"/>
            <wp:docPr id="118147359" name="Slika 3" descr="A red and white checkered emblem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2023059" descr="A red and white checkered emblem&#10;&#10;Description automatically generated with low confidence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860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E1B7B6" w14:textId="77777777" w:rsidR="000C4192" w:rsidRPr="00C966BE" w:rsidRDefault="000C4192" w:rsidP="000C419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966BE">
        <w:rPr>
          <w:rFonts w:ascii="Arial" w:hAnsi="Arial" w:cs="Arial"/>
          <w:sz w:val="24"/>
          <w:szCs w:val="24"/>
        </w:rPr>
        <w:tab/>
        <w:t>REPUBLIKA HRVATSKA</w:t>
      </w:r>
    </w:p>
    <w:p w14:paraId="09519411" w14:textId="77777777" w:rsidR="000C4192" w:rsidRPr="00C966BE" w:rsidRDefault="000C4192" w:rsidP="000C419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966BE">
        <w:rPr>
          <w:rFonts w:ascii="Arial" w:hAnsi="Arial" w:cs="Arial"/>
          <w:sz w:val="24"/>
          <w:szCs w:val="24"/>
        </w:rPr>
        <w:t>PRIMORSKO-GORANSKA ŽUPANIJA</w:t>
      </w:r>
    </w:p>
    <w:p w14:paraId="19AA0694" w14:textId="77777777" w:rsidR="000C4192" w:rsidRPr="00C966BE" w:rsidRDefault="000C4192" w:rsidP="000C419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966BE">
        <w:rPr>
          <w:rFonts w:ascii="Arial" w:hAnsi="Arial" w:cs="Arial"/>
          <w:sz w:val="24"/>
          <w:szCs w:val="24"/>
        </w:rPr>
        <w:t xml:space="preserve">           GRAD CRIKVENICA</w:t>
      </w:r>
    </w:p>
    <w:p w14:paraId="2ACB0A4C" w14:textId="77777777" w:rsidR="000C4192" w:rsidRPr="00C966BE" w:rsidRDefault="000C4192" w:rsidP="000C419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C966BE">
        <w:rPr>
          <w:rFonts w:ascii="Arial" w:hAnsi="Arial" w:cs="Arial"/>
          <w:sz w:val="24"/>
          <w:szCs w:val="24"/>
        </w:rPr>
        <w:t>Upravni</w:t>
      </w:r>
      <w:proofErr w:type="spellEnd"/>
      <w:r w:rsidRPr="00C966BE">
        <w:rPr>
          <w:rFonts w:ascii="Arial" w:hAnsi="Arial" w:cs="Arial"/>
          <w:sz w:val="24"/>
          <w:szCs w:val="24"/>
        </w:rPr>
        <w:t xml:space="preserve"> odjel za </w:t>
      </w:r>
      <w:proofErr w:type="spellStart"/>
      <w:r w:rsidRPr="00C966BE">
        <w:rPr>
          <w:rFonts w:ascii="Arial" w:hAnsi="Arial" w:cs="Arial"/>
          <w:sz w:val="24"/>
          <w:szCs w:val="24"/>
        </w:rPr>
        <w:t>društvene</w:t>
      </w:r>
      <w:proofErr w:type="spellEnd"/>
      <w:r w:rsidRPr="00C966B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966BE">
        <w:rPr>
          <w:rFonts w:ascii="Arial" w:hAnsi="Arial" w:cs="Arial"/>
          <w:sz w:val="24"/>
          <w:szCs w:val="24"/>
        </w:rPr>
        <w:t>djelatnosti</w:t>
      </w:r>
      <w:proofErr w:type="spellEnd"/>
      <w:r w:rsidRPr="00C966B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966BE">
        <w:rPr>
          <w:rFonts w:ascii="Arial" w:hAnsi="Arial" w:cs="Arial"/>
          <w:sz w:val="24"/>
          <w:szCs w:val="24"/>
        </w:rPr>
        <w:t>i</w:t>
      </w:r>
      <w:proofErr w:type="spellEnd"/>
      <w:r w:rsidRPr="00C966BE">
        <w:rPr>
          <w:rFonts w:ascii="Arial" w:hAnsi="Arial" w:cs="Arial"/>
          <w:sz w:val="24"/>
          <w:szCs w:val="24"/>
        </w:rPr>
        <w:t xml:space="preserve"> </w:t>
      </w:r>
    </w:p>
    <w:p w14:paraId="4A56D7BB" w14:textId="77777777" w:rsidR="000C4192" w:rsidRPr="00C966BE" w:rsidRDefault="000C4192" w:rsidP="000C419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966BE">
        <w:rPr>
          <w:rFonts w:ascii="Arial" w:hAnsi="Arial" w:cs="Arial"/>
          <w:sz w:val="24"/>
          <w:szCs w:val="24"/>
        </w:rPr>
        <w:t xml:space="preserve">           </w:t>
      </w:r>
      <w:proofErr w:type="spellStart"/>
      <w:r w:rsidRPr="00C966BE">
        <w:rPr>
          <w:rFonts w:ascii="Arial" w:hAnsi="Arial" w:cs="Arial"/>
          <w:sz w:val="24"/>
          <w:szCs w:val="24"/>
        </w:rPr>
        <w:t>lokalnu</w:t>
      </w:r>
      <w:proofErr w:type="spellEnd"/>
      <w:r w:rsidRPr="00C966B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966BE">
        <w:rPr>
          <w:rFonts w:ascii="Arial" w:hAnsi="Arial" w:cs="Arial"/>
          <w:sz w:val="24"/>
          <w:szCs w:val="24"/>
        </w:rPr>
        <w:t>samoupravu</w:t>
      </w:r>
      <w:proofErr w:type="spellEnd"/>
    </w:p>
    <w:p w14:paraId="009EFDC6" w14:textId="77777777" w:rsidR="000C4192" w:rsidRPr="00C966BE" w:rsidRDefault="000C4192" w:rsidP="000C4192">
      <w:pPr>
        <w:jc w:val="both"/>
        <w:rPr>
          <w:rFonts w:ascii="Arial" w:hAnsi="Arial" w:cs="Arial"/>
          <w:sz w:val="24"/>
          <w:szCs w:val="24"/>
        </w:rPr>
      </w:pPr>
    </w:p>
    <w:p w14:paraId="6E7A4A6D" w14:textId="6E9D75B5" w:rsidR="000C4192" w:rsidRPr="00C966BE" w:rsidRDefault="000C4192" w:rsidP="000C419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966BE">
        <w:rPr>
          <w:rFonts w:ascii="Arial" w:hAnsi="Arial" w:cs="Arial"/>
          <w:sz w:val="24"/>
          <w:szCs w:val="24"/>
        </w:rPr>
        <w:t xml:space="preserve">KLASA: </w:t>
      </w:r>
      <w:r>
        <w:rPr>
          <w:rFonts w:ascii="Arial" w:hAnsi="Arial" w:cs="Arial"/>
          <w:sz w:val="24"/>
          <w:szCs w:val="24"/>
        </w:rPr>
        <w:t>620</w:t>
      </w:r>
      <w:r w:rsidRPr="00C966BE">
        <w:rPr>
          <w:rFonts w:ascii="Arial" w:hAnsi="Arial" w:cs="Arial"/>
          <w:sz w:val="24"/>
          <w:szCs w:val="24"/>
        </w:rPr>
        <w:t>-0</w:t>
      </w:r>
      <w:r>
        <w:rPr>
          <w:rFonts w:ascii="Arial" w:hAnsi="Arial" w:cs="Arial"/>
          <w:sz w:val="24"/>
          <w:szCs w:val="24"/>
        </w:rPr>
        <w:t>1</w:t>
      </w:r>
      <w:r w:rsidRPr="00C966BE">
        <w:rPr>
          <w:rFonts w:ascii="Arial" w:hAnsi="Arial" w:cs="Arial"/>
          <w:sz w:val="24"/>
          <w:szCs w:val="24"/>
        </w:rPr>
        <w:t>/26-01/</w:t>
      </w:r>
      <w:r>
        <w:rPr>
          <w:rFonts w:ascii="Arial" w:hAnsi="Arial" w:cs="Arial"/>
          <w:sz w:val="24"/>
          <w:szCs w:val="24"/>
        </w:rPr>
        <w:t>27</w:t>
      </w:r>
    </w:p>
    <w:p w14:paraId="64862BF6" w14:textId="0FA8356C" w:rsidR="000C4192" w:rsidRPr="00C966BE" w:rsidRDefault="000C4192" w:rsidP="000C419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966BE">
        <w:rPr>
          <w:rFonts w:ascii="Arial" w:hAnsi="Arial" w:cs="Arial"/>
          <w:sz w:val="24"/>
          <w:szCs w:val="24"/>
        </w:rPr>
        <w:t>UR. BROJ: 2170-5-04/01-26-</w:t>
      </w:r>
      <w:r w:rsidR="001675CD">
        <w:rPr>
          <w:rFonts w:ascii="Arial" w:hAnsi="Arial" w:cs="Arial"/>
          <w:sz w:val="24"/>
          <w:szCs w:val="24"/>
        </w:rPr>
        <w:t>3</w:t>
      </w:r>
    </w:p>
    <w:p w14:paraId="0A516532" w14:textId="6E1A9047" w:rsidR="000C4192" w:rsidRPr="00C966BE" w:rsidRDefault="000C4192" w:rsidP="000C419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966BE">
        <w:rPr>
          <w:rFonts w:ascii="Arial" w:hAnsi="Arial" w:cs="Arial"/>
          <w:sz w:val="24"/>
          <w:szCs w:val="24"/>
        </w:rPr>
        <w:t xml:space="preserve">Crikvenica, </w:t>
      </w:r>
      <w:r>
        <w:rPr>
          <w:rFonts w:ascii="Arial" w:hAnsi="Arial" w:cs="Arial"/>
          <w:sz w:val="24"/>
          <w:szCs w:val="24"/>
        </w:rPr>
        <w:t xml:space="preserve">12. </w:t>
      </w:r>
      <w:proofErr w:type="spellStart"/>
      <w:r>
        <w:rPr>
          <w:rFonts w:ascii="Arial" w:hAnsi="Arial" w:cs="Arial"/>
          <w:sz w:val="24"/>
          <w:szCs w:val="24"/>
        </w:rPr>
        <w:t>listopada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r w:rsidRPr="00C966BE">
        <w:rPr>
          <w:rFonts w:ascii="Arial" w:hAnsi="Arial" w:cs="Arial"/>
          <w:sz w:val="24"/>
          <w:szCs w:val="24"/>
        </w:rPr>
        <w:t>2026.</w:t>
      </w:r>
    </w:p>
    <w:p w14:paraId="6FA3E70F" w14:textId="77777777" w:rsidR="000C4192" w:rsidRPr="00C966BE" w:rsidRDefault="000C4192" w:rsidP="000C4192">
      <w:pPr>
        <w:jc w:val="both"/>
        <w:rPr>
          <w:rFonts w:ascii="Arial" w:hAnsi="Arial" w:cs="Arial"/>
          <w:b/>
          <w:sz w:val="24"/>
          <w:szCs w:val="24"/>
        </w:rPr>
      </w:pPr>
    </w:p>
    <w:p w14:paraId="7DE4179E" w14:textId="04FA2E69" w:rsidR="000C4192" w:rsidRPr="000C4192" w:rsidRDefault="000C4192" w:rsidP="000C4192">
      <w:pPr>
        <w:jc w:val="both"/>
        <w:rPr>
          <w:rFonts w:ascii="Arial" w:hAnsi="Arial" w:cs="Arial"/>
          <w:b/>
          <w:sz w:val="24"/>
          <w:szCs w:val="24"/>
        </w:rPr>
      </w:pPr>
      <w:r w:rsidRPr="00C966BE">
        <w:rPr>
          <w:rFonts w:ascii="Arial" w:hAnsi="Arial" w:cs="Arial"/>
          <w:b/>
          <w:sz w:val="24"/>
          <w:szCs w:val="24"/>
        </w:rPr>
        <w:t xml:space="preserve">PREDMET: </w:t>
      </w:r>
      <w:r w:rsidRPr="00C966BE">
        <w:rPr>
          <w:rFonts w:ascii="Arial" w:hAnsi="Arial" w:cs="Arial"/>
          <w:b/>
          <w:sz w:val="24"/>
          <w:szCs w:val="24"/>
        </w:rPr>
        <w:tab/>
      </w:r>
      <w:proofErr w:type="spellStart"/>
      <w:r>
        <w:rPr>
          <w:rFonts w:ascii="Arial" w:hAnsi="Arial" w:cs="Arial"/>
          <w:b/>
          <w:sz w:val="24"/>
          <w:szCs w:val="24"/>
        </w:rPr>
        <w:t>Nacrt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/>
          <w:bCs/>
          <w:sz w:val="24"/>
          <w:szCs w:val="24"/>
        </w:rPr>
        <w:t>p</w:t>
      </w:r>
      <w:r w:rsidRPr="00C966BE">
        <w:rPr>
          <w:rFonts w:ascii="Arial" w:hAnsi="Arial" w:cs="Arial"/>
          <w:b/>
          <w:bCs/>
          <w:sz w:val="24"/>
          <w:szCs w:val="24"/>
        </w:rPr>
        <w:t>rijedlog</w:t>
      </w:r>
      <w:r>
        <w:rPr>
          <w:rFonts w:ascii="Arial" w:hAnsi="Arial" w:cs="Arial"/>
          <w:b/>
          <w:bCs/>
          <w:sz w:val="24"/>
          <w:szCs w:val="24"/>
        </w:rPr>
        <w:t>a</w:t>
      </w:r>
      <w:proofErr w:type="spellEnd"/>
      <w:r w:rsidRPr="00C966BE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C966BE">
        <w:rPr>
          <w:rFonts w:ascii="Arial" w:hAnsi="Arial" w:cs="Arial"/>
          <w:b/>
          <w:bCs/>
          <w:sz w:val="24"/>
          <w:szCs w:val="24"/>
        </w:rPr>
        <w:t>Pravilnika</w:t>
      </w:r>
      <w:proofErr w:type="spellEnd"/>
      <w:r w:rsidRPr="00C966BE">
        <w:rPr>
          <w:rFonts w:ascii="Arial" w:hAnsi="Arial" w:cs="Arial"/>
          <w:b/>
          <w:bCs/>
          <w:sz w:val="24"/>
          <w:szCs w:val="24"/>
        </w:rPr>
        <w:t xml:space="preserve"> </w:t>
      </w:r>
      <w:r w:rsidRPr="00471DBA">
        <w:rPr>
          <w:rFonts w:ascii="Arial" w:hAnsi="Arial" w:cs="Arial"/>
          <w:b/>
          <w:sz w:val="24"/>
          <w:szCs w:val="24"/>
        </w:rPr>
        <w:t xml:space="preserve">o </w:t>
      </w:r>
      <w:proofErr w:type="spellStart"/>
      <w:r w:rsidRPr="00471DBA">
        <w:rPr>
          <w:rFonts w:ascii="Arial" w:hAnsi="Arial" w:cs="Arial"/>
          <w:b/>
          <w:sz w:val="24"/>
          <w:szCs w:val="24"/>
        </w:rPr>
        <w:t>kriterijima</w:t>
      </w:r>
      <w:proofErr w:type="spellEnd"/>
      <w:r w:rsidRPr="00471DBA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471DBA">
        <w:rPr>
          <w:rFonts w:ascii="Arial" w:hAnsi="Arial" w:cs="Arial"/>
          <w:b/>
          <w:sz w:val="24"/>
          <w:szCs w:val="24"/>
        </w:rPr>
        <w:t>dodjele</w:t>
      </w:r>
      <w:proofErr w:type="spellEnd"/>
      <w:r w:rsidRPr="00471DBA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471DBA">
        <w:rPr>
          <w:rFonts w:ascii="Arial" w:hAnsi="Arial" w:cs="Arial"/>
          <w:b/>
          <w:sz w:val="24"/>
          <w:szCs w:val="24"/>
        </w:rPr>
        <w:t>jednokratnih</w:t>
      </w:r>
      <w:proofErr w:type="spellEnd"/>
      <w:r w:rsidRPr="00471DBA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471DBA">
        <w:rPr>
          <w:rFonts w:ascii="Arial" w:hAnsi="Arial" w:cs="Arial"/>
          <w:b/>
          <w:sz w:val="24"/>
          <w:szCs w:val="24"/>
        </w:rPr>
        <w:t>naknada</w:t>
      </w:r>
      <w:proofErr w:type="spellEnd"/>
      <w:r w:rsidRPr="00471DBA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471DBA">
        <w:rPr>
          <w:rFonts w:ascii="Arial" w:hAnsi="Arial" w:cs="Arial"/>
          <w:b/>
          <w:sz w:val="24"/>
          <w:szCs w:val="24"/>
        </w:rPr>
        <w:t>sportašima</w:t>
      </w:r>
      <w:proofErr w:type="spellEnd"/>
      <w:r w:rsidRPr="00471DBA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471DBA">
        <w:rPr>
          <w:rFonts w:ascii="Arial" w:hAnsi="Arial" w:cs="Arial"/>
          <w:b/>
          <w:sz w:val="24"/>
          <w:szCs w:val="24"/>
        </w:rPr>
        <w:t>reprezentativcima</w:t>
      </w:r>
      <w:proofErr w:type="spellEnd"/>
      <w:r w:rsidRPr="00471DBA">
        <w:rPr>
          <w:rFonts w:ascii="Arial" w:hAnsi="Arial" w:cs="Arial"/>
          <w:b/>
          <w:sz w:val="24"/>
          <w:szCs w:val="24"/>
        </w:rPr>
        <w:t>.</w:t>
      </w:r>
    </w:p>
    <w:p w14:paraId="326AFB44" w14:textId="77777777" w:rsidR="000C4192" w:rsidRPr="00C966BE" w:rsidRDefault="000C4192" w:rsidP="000C4192">
      <w:pPr>
        <w:jc w:val="both"/>
        <w:rPr>
          <w:rFonts w:ascii="Arial" w:hAnsi="Arial" w:cs="Arial"/>
          <w:sz w:val="24"/>
          <w:szCs w:val="24"/>
        </w:rPr>
      </w:pPr>
      <w:r w:rsidRPr="00C966BE">
        <w:rPr>
          <w:rFonts w:ascii="Arial" w:hAnsi="Arial" w:cs="Arial"/>
          <w:b/>
          <w:sz w:val="24"/>
          <w:szCs w:val="24"/>
        </w:rPr>
        <w:t xml:space="preserve">- </w:t>
      </w:r>
      <w:proofErr w:type="spellStart"/>
      <w:r w:rsidRPr="00C966BE">
        <w:rPr>
          <w:rFonts w:ascii="Arial" w:hAnsi="Arial" w:cs="Arial"/>
          <w:bCs/>
          <w:sz w:val="24"/>
          <w:szCs w:val="24"/>
        </w:rPr>
        <w:t>Nacrt</w:t>
      </w:r>
      <w:proofErr w:type="spellEnd"/>
      <w:r w:rsidRPr="00C966B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966BE">
        <w:rPr>
          <w:rFonts w:ascii="Arial" w:hAnsi="Arial" w:cs="Arial"/>
          <w:bCs/>
          <w:sz w:val="24"/>
          <w:szCs w:val="24"/>
        </w:rPr>
        <w:t>prijedloga</w:t>
      </w:r>
      <w:proofErr w:type="spellEnd"/>
      <w:r w:rsidRPr="00C966BE">
        <w:rPr>
          <w:rFonts w:ascii="Arial" w:hAnsi="Arial" w:cs="Arial"/>
          <w:bCs/>
          <w:sz w:val="24"/>
          <w:szCs w:val="24"/>
        </w:rPr>
        <w:t xml:space="preserve"> za </w:t>
      </w:r>
      <w:proofErr w:type="spellStart"/>
      <w:r w:rsidRPr="00C966BE">
        <w:rPr>
          <w:rFonts w:ascii="Arial" w:hAnsi="Arial" w:cs="Arial"/>
          <w:bCs/>
          <w:sz w:val="24"/>
          <w:szCs w:val="24"/>
        </w:rPr>
        <w:t>savjetovanje</w:t>
      </w:r>
      <w:proofErr w:type="spellEnd"/>
      <w:r w:rsidRPr="00C966BE">
        <w:rPr>
          <w:rFonts w:ascii="Arial" w:hAnsi="Arial" w:cs="Arial"/>
          <w:bCs/>
          <w:sz w:val="24"/>
          <w:szCs w:val="24"/>
        </w:rPr>
        <w:t xml:space="preserve"> s </w:t>
      </w:r>
      <w:proofErr w:type="spellStart"/>
      <w:r w:rsidRPr="00C966BE">
        <w:rPr>
          <w:rFonts w:ascii="Arial" w:hAnsi="Arial" w:cs="Arial"/>
          <w:bCs/>
          <w:sz w:val="24"/>
          <w:szCs w:val="24"/>
        </w:rPr>
        <w:t>javnošću</w:t>
      </w:r>
      <w:proofErr w:type="spellEnd"/>
    </w:p>
    <w:p w14:paraId="4D3624B6" w14:textId="77777777" w:rsidR="000C4192" w:rsidRPr="00C966BE" w:rsidRDefault="000C4192" w:rsidP="000C4192">
      <w:pPr>
        <w:jc w:val="both"/>
        <w:rPr>
          <w:rFonts w:ascii="Arial" w:hAnsi="Arial" w:cs="Arial"/>
          <w:sz w:val="24"/>
          <w:szCs w:val="24"/>
        </w:rPr>
      </w:pPr>
    </w:p>
    <w:p w14:paraId="3BDB638A" w14:textId="3D2C9B2C" w:rsidR="000C4192" w:rsidRPr="000C4192" w:rsidRDefault="000C4192" w:rsidP="000C4192">
      <w:pPr>
        <w:pStyle w:val="Odlomakpopisa"/>
        <w:numPr>
          <w:ilvl w:val="0"/>
          <w:numId w:val="10"/>
        </w:numPr>
        <w:jc w:val="both"/>
        <w:rPr>
          <w:rFonts w:ascii="Arial" w:hAnsi="Arial" w:cs="Arial"/>
          <w:b/>
          <w:sz w:val="24"/>
          <w:szCs w:val="24"/>
        </w:rPr>
      </w:pPr>
      <w:proofErr w:type="spellStart"/>
      <w:r w:rsidRPr="000C4192">
        <w:rPr>
          <w:rFonts w:ascii="Arial" w:hAnsi="Arial" w:cs="Arial"/>
          <w:b/>
          <w:sz w:val="24"/>
          <w:szCs w:val="24"/>
        </w:rPr>
        <w:t>Pravna</w:t>
      </w:r>
      <w:proofErr w:type="spellEnd"/>
      <w:r w:rsidRPr="000C4192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0C4192">
        <w:rPr>
          <w:rFonts w:ascii="Arial" w:hAnsi="Arial" w:cs="Arial"/>
          <w:b/>
          <w:sz w:val="24"/>
          <w:szCs w:val="24"/>
        </w:rPr>
        <w:t>osnova</w:t>
      </w:r>
      <w:proofErr w:type="spellEnd"/>
    </w:p>
    <w:p w14:paraId="5A98935F" w14:textId="77777777" w:rsidR="000C4192" w:rsidRPr="00471DBA" w:rsidRDefault="000C4192" w:rsidP="000C4192">
      <w:pPr>
        <w:jc w:val="both"/>
        <w:rPr>
          <w:rFonts w:ascii="Arial" w:hAnsi="Arial" w:cs="Arial"/>
          <w:sz w:val="24"/>
          <w:szCs w:val="24"/>
        </w:rPr>
      </w:pPr>
      <w:proofErr w:type="spellStart"/>
      <w:r w:rsidRPr="00471DBA">
        <w:rPr>
          <w:rFonts w:ascii="Arial" w:hAnsi="Arial" w:cs="Arial"/>
          <w:sz w:val="24"/>
          <w:szCs w:val="24"/>
        </w:rPr>
        <w:t>Zakonom</w:t>
      </w:r>
      <w:proofErr w:type="spellEnd"/>
      <w:r w:rsidRPr="00471DBA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471DBA">
        <w:rPr>
          <w:rFonts w:ascii="Arial" w:hAnsi="Arial" w:cs="Arial"/>
          <w:sz w:val="24"/>
          <w:szCs w:val="24"/>
        </w:rPr>
        <w:t>sportu</w:t>
      </w:r>
      <w:proofErr w:type="spellEnd"/>
      <w:r w:rsidRPr="00471DBA">
        <w:rPr>
          <w:rFonts w:ascii="Arial" w:hAnsi="Arial" w:cs="Arial"/>
          <w:sz w:val="24"/>
          <w:szCs w:val="24"/>
        </w:rPr>
        <w:t xml:space="preserve"> („</w:t>
      </w:r>
      <w:proofErr w:type="spellStart"/>
      <w:r w:rsidRPr="00471DBA">
        <w:rPr>
          <w:rFonts w:ascii="Arial" w:hAnsi="Arial" w:cs="Arial"/>
          <w:sz w:val="24"/>
          <w:szCs w:val="24"/>
        </w:rPr>
        <w:t>Narodne</w:t>
      </w:r>
      <w:proofErr w:type="spellEnd"/>
      <w:r w:rsidRPr="00471DBA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471DBA">
        <w:rPr>
          <w:rFonts w:ascii="Arial" w:hAnsi="Arial" w:cs="Arial"/>
          <w:sz w:val="24"/>
          <w:szCs w:val="24"/>
        </w:rPr>
        <w:t xml:space="preserve">novine“ </w:t>
      </w:r>
      <w:proofErr w:type="spellStart"/>
      <w:r w:rsidRPr="00471DBA">
        <w:rPr>
          <w:rFonts w:ascii="Arial" w:hAnsi="Arial" w:cs="Arial"/>
          <w:sz w:val="24"/>
          <w:szCs w:val="24"/>
        </w:rPr>
        <w:t>broj</w:t>
      </w:r>
      <w:proofErr w:type="spellEnd"/>
      <w:proofErr w:type="gramEnd"/>
      <w:r w:rsidRPr="00471DBA">
        <w:rPr>
          <w:rFonts w:ascii="Arial" w:hAnsi="Arial" w:cs="Arial"/>
          <w:sz w:val="24"/>
          <w:szCs w:val="24"/>
        </w:rPr>
        <w:t xml:space="preserve"> 141/22) </w:t>
      </w:r>
      <w:proofErr w:type="spellStart"/>
      <w:r w:rsidRPr="00471DBA">
        <w:rPr>
          <w:rFonts w:ascii="Arial" w:hAnsi="Arial" w:cs="Arial"/>
          <w:sz w:val="24"/>
          <w:szCs w:val="24"/>
        </w:rPr>
        <w:t>uređuje</w:t>
      </w:r>
      <w:proofErr w:type="spellEnd"/>
      <w:r w:rsidRPr="00471DBA">
        <w:rPr>
          <w:rFonts w:ascii="Arial" w:hAnsi="Arial" w:cs="Arial"/>
          <w:sz w:val="24"/>
          <w:szCs w:val="24"/>
        </w:rPr>
        <w:t xml:space="preserve"> se </w:t>
      </w:r>
      <w:proofErr w:type="spellStart"/>
      <w:r w:rsidRPr="00471DBA">
        <w:rPr>
          <w:rFonts w:ascii="Arial" w:hAnsi="Arial" w:cs="Arial"/>
          <w:sz w:val="24"/>
          <w:szCs w:val="24"/>
        </w:rPr>
        <w:t>sustav</w:t>
      </w:r>
      <w:proofErr w:type="spellEnd"/>
      <w:r w:rsidRPr="00471DB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71DBA">
        <w:rPr>
          <w:rFonts w:ascii="Arial" w:hAnsi="Arial" w:cs="Arial"/>
          <w:sz w:val="24"/>
          <w:szCs w:val="24"/>
        </w:rPr>
        <w:t>sporta</w:t>
      </w:r>
      <w:proofErr w:type="spellEnd"/>
      <w:r w:rsidRPr="00471DBA">
        <w:rPr>
          <w:rFonts w:ascii="Arial" w:hAnsi="Arial" w:cs="Arial"/>
          <w:sz w:val="24"/>
          <w:szCs w:val="24"/>
        </w:rPr>
        <w:t xml:space="preserve"> u </w:t>
      </w:r>
      <w:proofErr w:type="spellStart"/>
      <w:r w:rsidRPr="00471DBA">
        <w:rPr>
          <w:rFonts w:ascii="Arial" w:hAnsi="Arial" w:cs="Arial"/>
          <w:sz w:val="24"/>
          <w:szCs w:val="24"/>
        </w:rPr>
        <w:t>Republici</w:t>
      </w:r>
      <w:proofErr w:type="spellEnd"/>
      <w:r w:rsidRPr="00471DB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71DBA">
        <w:rPr>
          <w:rFonts w:ascii="Arial" w:hAnsi="Arial" w:cs="Arial"/>
          <w:sz w:val="24"/>
          <w:szCs w:val="24"/>
        </w:rPr>
        <w:t>Hrvatskoj</w:t>
      </w:r>
      <w:proofErr w:type="spellEnd"/>
      <w:r w:rsidRPr="00471DB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471DBA">
        <w:rPr>
          <w:rFonts w:ascii="Arial" w:hAnsi="Arial" w:cs="Arial"/>
          <w:sz w:val="24"/>
          <w:szCs w:val="24"/>
        </w:rPr>
        <w:t>uključujući</w:t>
      </w:r>
      <w:proofErr w:type="spellEnd"/>
      <w:r w:rsidRPr="00471DB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71DBA">
        <w:rPr>
          <w:rFonts w:ascii="Arial" w:hAnsi="Arial" w:cs="Arial"/>
          <w:sz w:val="24"/>
          <w:szCs w:val="24"/>
        </w:rPr>
        <w:t>ostvarivanje</w:t>
      </w:r>
      <w:proofErr w:type="spellEnd"/>
      <w:r w:rsidRPr="00471DB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71DBA">
        <w:rPr>
          <w:rFonts w:ascii="Arial" w:hAnsi="Arial" w:cs="Arial"/>
          <w:sz w:val="24"/>
          <w:szCs w:val="24"/>
        </w:rPr>
        <w:t>javnih</w:t>
      </w:r>
      <w:proofErr w:type="spellEnd"/>
      <w:r w:rsidRPr="00471DB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71DBA">
        <w:rPr>
          <w:rFonts w:ascii="Arial" w:hAnsi="Arial" w:cs="Arial"/>
          <w:sz w:val="24"/>
          <w:szCs w:val="24"/>
        </w:rPr>
        <w:t>potreba</w:t>
      </w:r>
      <w:proofErr w:type="spellEnd"/>
      <w:r w:rsidRPr="00471DBA">
        <w:rPr>
          <w:rFonts w:ascii="Arial" w:hAnsi="Arial" w:cs="Arial"/>
          <w:sz w:val="24"/>
          <w:szCs w:val="24"/>
        </w:rPr>
        <w:t xml:space="preserve"> u </w:t>
      </w:r>
      <w:proofErr w:type="spellStart"/>
      <w:r w:rsidRPr="00471DBA">
        <w:rPr>
          <w:rFonts w:ascii="Arial" w:hAnsi="Arial" w:cs="Arial"/>
          <w:sz w:val="24"/>
          <w:szCs w:val="24"/>
        </w:rPr>
        <w:t>sportu</w:t>
      </w:r>
      <w:proofErr w:type="spellEnd"/>
      <w:r w:rsidRPr="00471DB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71DBA">
        <w:rPr>
          <w:rFonts w:ascii="Arial" w:hAnsi="Arial" w:cs="Arial"/>
          <w:sz w:val="24"/>
          <w:szCs w:val="24"/>
        </w:rPr>
        <w:t>na</w:t>
      </w:r>
      <w:proofErr w:type="spellEnd"/>
      <w:r w:rsidRPr="00471DB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71DBA">
        <w:rPr>
          <w:rFonts w:ascii="Arial" w:hAnsi="Arial" w:cs="Arial"/>
          <w:sz w:val="24"/>
          <w:szCs w:val="24"/>
        </w:rPr>
        <w:t>lokalnoj</w:t>
      </w:r>
      <w:proofErr w:type="spellEnd"/>
      <w:r w:rsidRPr="00471DB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71DBA">
        <w:rPr>
          <w:rFonts w:ascii="Arial" w:hAnsi="Arial" w:cs="Arial"/>
          <w:sz w:val="24"/>
          <w:szCs w:val="24"/>
        </w:rPr>
        <w:t>razini</w:t>
      </w:r>
      <w:proofErr w:type="spellEnd"/>
      <w:r w:rsidRPr="00471DBA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471DBA">
        <w:rPr>
          <w:rFonts w:ascii="Arial" w:hAnsi="Arial" w:cs="Arial"/>
          <w:sz w:val="24"/>
          <w:szCs w:val="24"/>
        </w:rPr>
        <w:t>Člankom</w:t>
      </w:r>
      <w:proofErr w:type="spellEnd"/>
      <w:r w:rsidRPr="00471DBA">
        <w:rPr>
          <w:rFonts w:ascii="Arial" w:hAnsi="Arial" w:cs="Arial"/>
          <w:sz w:val="24"/>
          <w:szCs w:val="24"/>
        </w:rPr>
        <w:t xml:space="preserve"> 75. </w:t>
      </w:r>
      <w:proofErr w:type="spellStart"/>
      <w:r w:rsidRPr="00471DBA">
        <w:rPr>
          <w:rFonts w:ascii="Arial" w:hAnsi="Arial" w:cs="Arial"/>
          <w:sz w:val="24"/>
          <w:szCs w:val="24"/>
        </w:rPr>
        <w:t>Zakona</w:t>
      </w:r>
      <w:proofErr w:type="spellEnd"/>
      <w:r w:rsidRPr="00471DBA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471DBA">
        <w:rPr>
          <w:rFonts w:ascii="Arial" w:hAnsi="Arial" w:cs="Arial"/>
          <w:sz w:val="24"/>
          <w:szCs w:val="24"/>
        </w:rPr>
        <w:t>sportu</w:t>
      </w:r>
      <w:proofErr w:type="spellEnd"/>
      <w:r w:rsidRPr="00471DB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71DBA">
        <w:rPr>
          <w:rFonts w:ascii="Arial" w:hAnsi="Arial" w:cs="Arial"/>
          <w:sz w:val="24"/>
          <w:szCs w:val="24"/>
        </w:rPr>
        <w:t>uređuju</w:t>
      </w:r>
      <w:proofErr w:type="spellEnd"/>
      <w:r w:rsidRPr="00471DBA">
        <w:rPr>
          <w:rFonts w:ascii="Arial" w:hAnsi="Arial" w:cs="Arial"/>
          <w:sz w:val="24"/>
          <w:szCs w:val="24"/>
        </w:rPr>
        <w:t xml:space="preserve"> se </w:t>
      </w:r>
      <w:proofErr w:type="spellStart"/>
      <w:r w:rsidRPr="00471DBA">
        <w:rPr>
          <w:rFonts w:ascii="Arial" w:hAnsi="Arial" w:cs="Arial"/>
          <w:sz w:val="24"/>
          <w:szCs w:val="24"/>
        </w:rPr>
        <w:t>javne</w:t>
      </w:r>
      <w:proofErr w:type="spellEnd"/>
      <w:r w:rsidRPr="00471DB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71DBA">
        <w:rPr>
          <w:rFonts w:ascii="Arial" w:hAnsi="Arial" w:cs="Arial"/>
          <w:sz w:val="24"/>
          <w:szCs w:val="24"/>
        </w:rPr>
        <w:t>potrebe</w:t>
      </w:r>
      <w:proofErr w:type="spellEnd"/>
      <w:r w:rsidRPr="00471DBA">
        <w:rPr>
          <w:rFonts w:ascii="Arial" w:hAnsi="Arial" w:cs="Arial"/>
          <w:sz w:val="24"/>
          <w:szCs w:val="24"/>
        </w:rPr>
        <w:t xml:space="preserve"> u </w:t>
      </w:r>
      <w:proofErr w:type="spellStart"/>
      <w:r w:rsidRPr="00471DBA">
        <w:rPr>
          <w:rFonts w:ascii="Arial" w:hAnsi="Arial" w:cs="Arial"/>
          <w:sz w:val="24"/>
          <w:szCs w:val="24"/>
        </w:rPr>
        <w:t>sportu</w:t>
      </w:r>
      <w:proofErr w:type="spellEnd"/>
      <w:r w:rsidRPr="00471DB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471DBA">
        <w:rPr>
          <w:rFonts w:ascii="Arial" w:hAnsi="Arial" w:cs="Arial"/>
          <w:sz w:val="24"/>
          <w:szCs w:val="24"/>
        </w:rPr>
        <w:t>koje</w:t>
      </w:r>
      <w:proofErr w:type="spellEnd"/>
      <w:r w:rsidRPr="00471DBA">
        <w:rPr>
          <w:rFonts w:ascii="Arial" w:hAnsi="Arial" w:cs="Arial"/>
          <w:sz w:val="24"/>
          <w:szCs w:val="24"/>
        </w:rPr>
        <w:t xml:space="preserve"> se </w:t>
      </w:r>
      <w:proofErr w:type="spellStart"/>
      <w:r w:rsidRPr="00471DBA">
        <w:rPr>
          <w:rFonts w:ascii="Arial" w:hAnsi="Arial" w:cs="Arial"/>
          <w:sz w:val="24"/>
          <w:szCs w:val="24"/>
        </w:rPr>
        <w:t>sredstva</w:t>
      </w:r>
      <w:proofErr w:type="spellEnd"/>
      <w:r w:rsidRPr="00471DB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71DBA">
        <w:rPr>
          <w:rFonts w:ascii="Arial" w:hAnsi="Arial" w:cs="Arial"/>
          <w:sz w:val="24"/>
          <w:szCs w:val="24"/>
        </w:rPr>
        <w:t>osiguravaju</w:t>
      </w:r>
      <w:proofErr w:type="spellEnd"/>
      <w:r w:rsidRPr="00471DBA">
        <w:rPr>
          <w:rFonts w:ascii="Arial" w:hAnsi="Arial" w:cs="Arial"/>
          <w:sz w:val="24"/>
          <w:szCs w:val="24"/>
        </w:rPr>
        <w:t xml:space="preserve"> u </w:t>
      </w:r>
      <w:proofErr w:type="spellStart"/>
      <w:r w:rsidRPr="00471DBA">
        <w:rPr>
          <w:rFonts w:ascii="Arial" w:hAnsi="Arial" w:cs="Arial"/>
          <w:sz w:val="24"/>
          <w:szCs w:val="24"/>
        </w:rPr>
        <w:t>proračunima</w:t>
      </w:r>
      <w:proofErr w:type="spellEnd"/>
      <w:r w:rsidRPr="00471DB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71DBA">
        <w:rPr>
          <w:rFonts w:ascii="Arial" w:hAnsi="Arial" w:cs="Arial"/>
          <w:sz w:val="24"/>
          <w:szCs w:val="24"/>
        </w:rPr>
        <w:t>jedinica</w:t>
      </w:r>
      <w:proofErr w:type="spellEnd"/>
      <w:r w:rsidRPr="00471DB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71DBA">
        <w:rPr>
          <w:rFonts w:ascii="Arial" w:hAnsi="Arial" w:cs="Arial"/>
          <w:sz w:val="24"/>
          <w:szCs w:val="24"/>
        </w:rPr>
        <w:t>lokalne</w:t>
      </w:r>
      <w:proofErr w:type="spellEnd"/>
      <w:r w:rsidRPr="00471DB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71DBA">
        <w:rPr>
          <w:rFonts w:ascii="Arial" w:hAnsi="Arial" w:cs="Arial"/>
          <w:sz w:val="24"/>
          <w:szCs w:val="24"/>
        </w:rPr>
        <w:t>i</w:t>
      </w:r>
      <w:proofErr w:type="spellEnd"/>
      <w:r w:rsidRPr="00471DB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71DBA">
        <w:rPr>
          <w:rFonts w:ascii="Arial" w:hAnsi="Arial" w:cs="Arial"/>
          <w:sz w:val="24"/>
          <w:szCs w:val="24"/>
        </w:rPr>
        <w:t>područne</w:t>
      </w:r>
      <w:proofErr w:type="spellEnd"/>
      <w:r w:rsidRPr="00471DBA">
        <w:rPr>
          <w:rFonts w:ascii="Arial" w:hAnsi="Arial" w:cs="Arial"/>
          <w:sz w:val="24"/>
          <w:szCs w:val="24"/>
        </w:rPr>
        <w:t xml:space="preserve"> (</w:t>
      </w:r>
      <w:proofErr w:type="spellStart"/>
      <w:r w:rsidRPr="00471DBA">
        <w:rPr>
          <w:rFonts w:ascii="Arial" w:hAnsi="Arial" w:cs="Arial"/>
          <w:sz w:val="24"/>
          <w:szCs w:val="24"/>
        </w:rPr>
        <w:t>regionalne</w:t>
      </w:r>
      <w:proofErr w:type="spellEnd"/>
      <w:r w:rsidRPr="00471DBA">
        <w:rPr>
          <w:rFonts w:ascii="Arial" w:hAnsi="Arial" w:cs="Arial"/>
          <w:sz w:val="24"/>
          <w:szCs w:val="24"/>
        </w:rPr>
        <w:t xml:space="preserve">) </w:t>
      </w:r>
      <w:proofErr w:type="spellStart"/>
      <w:r w:rsidRPr="00471DBA">
        <w:rPr>
          <w:rFonts w:ascii="Arial" w:hAnsi="Arial" w:cs="Arial"/>
          <w:sz w:val="24"/>
          <w:szCs w:val="24"/>
        </w:rPr>
        <w:t>samouprave</w:t>
      </w:r>
      <w:proofErr w:type="spellEnd"/>
      <w:r w:rsidRPr="00471DBA">
        <w:rPr>
          <w:rFonts w:ascii="Arial" w:hAnsi="Arial" w:cs="Arial"/>
          <w:sz w:val="24"/>
          <w:szCs w:val="24"/>
        </w:rPr>
        <w:t>.</w:t>
      </w:r>
    </w:p>
    <w:p w14:paraId="2A5A7B7B" w14:textId="77777777" w:rsidR="000C4192" w:rsidRPr="00471DBA" w:rsidRDefault="000C4192" w:rsidP="000C4192">
      <w:pPr>
        <w:jc w:val="both"/>
        <w:rPr>
          <w:rFonts w:ascii="Arial" w:hAnsi="Arial" w:cs="Arial"/>
          <w:sz w:val="24"/>
          <w:szCs w:val="24"/>
        </w:rPr>
      </w:pPr>
      <w:proofErr w:type="spellStart"/>
      <w:r w:rsidRPr="00471DBA">
        <w:rPr>
          <w:rFonts w:ascii="Arial" w:hAnsi="Arial" w:cs="Arial"/>
          <w:sz w:val="24"/>
          <w:szCs w:val="24"/>
        </w:rPr>
        <w:t>Pravni</w:t>
      </w:r>
      <w:proofErr w:type="spellEnd"/>
      <w:r w:rsidRPr="00471DB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71DBA">
        <w:rPr>
          <w:rFonts w:ascii="Arial" w:hAnsi="Arial" w:cs="Arial"/>
          <w:sz w:val="24"/>
          <w:szCs w:val="24"/>
        </w:rPr>
        <w:t>temelj</w:t>
      </w:r>
      <w:proofErr w:type="spellEnd"/>
      <w:r w:rsidRPr="00471DB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471DBA">
        <w:rPr>
          <w:rFonts w:ascii="Arial" w:hAnsi="Arial" w:cs="Arial"/>
          <w:sz w:val="24"/>
          <w:szCs w:val="24"/>
        </w:rPr>
        <w:t>donošenje</w:t>
      </w:r>
      <w:proofErr w:type="spellEnd"/>
      <w:r w:rsidRPr="00471DB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71DBA">
        <w:rPr>
          <w:rFonts w:ascii="Arial" w:hAnsi="Arial" w:cs="Arial"/>
          <w:sz w:val="24"/>
          <w:szCs w:val="24"/>
        </w:rPr>
        <w:t>Pravilnika</w:t>
      </w:r>
      <w:proofErr w:type="spellEnd"/>
      <w:r w:rsidRPr="00471DB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71DBA">
        <w:rPr>
          <w:rFonts w:ascii="Arial" w:hAnsi="Arial" w:cs="Arial"/>
          <w:sz w:val="24"/>
          <w:szCs w:val="24"/>
        </w:rPr>
        <w:t>čine</w:t>
      </w:r>
      <w:proofErr w:type="spellEnd"/>
      <w:r w:rsidRPr="00471DB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71DBA">
        <w:rPr>
          <w:rFonts w:ascii="Arial" w:hAnsi="Arial" w:cs="Arial"/>
          <w:sz w:val="24"/>
          <w:szCs w:val="24"/>
        </w:rPr>
        <w:t>i</w:t>
      </w:r>
      <w:proofErr w:type="spellEnd"/>
      <w:r w:rsidRPr="00471DB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71DBA">
        <w:rPr>
          <w:rFonts w:ascii="Arial" w:hAnsi="Arial" w:cs="Arial"/>
          <w:sz w:val="24"/>
          <w:szCs w:val="24"/>
        </w:rPr>
        <w:t>odredbe</w:t>
      </w:r>
      <w:proofErr w:type="spellEnd"/>
      <w:r w:rsidRPr="00471DB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71DBA">
        <w:rPr>
          <w:rFonts w:ascii="Arial" w:hAnsi="Arial" w:cs="Arial"/>
          <w:sz w:val="24"/>
          <w:szCs w:val="24"/>
        </w:rPr>
        <w:t>Zakona</w:t>
      </w:r>
      <w:proofErr w:type="spellEnd"/>
      <w:r w:rsidRPr="00471DBA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471DBA">
        <w:rPr>
          <w:rFonts w:ascii="Arial" w:hAnsi="Arial" w:cs="Arial"/>
          <w:sz w:val="24"/>
          <w:szCs w:val="24"/>
        </w:rPr>
        <w:t>lokalnoj</w:t>
      </w:r>
      <w:proofErr w:type="spellEnd"/>
      <w:r w:rsidRPr="00471DB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71DBA">
        <w:rPr>
          <w:rFonts w:ascii="Arial" w:hAnsi="Arial" w:cs="Arial"/>
          <w:sz w:val="24"/>
          <w:szCs w:val="24"/>
        </w:rPr>
        <w:t>i</w:t>
      </w:r>
      <w:proofErr w:type="spellEnd"/>
      <w:r w:rsidRPr="00471DB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71DBA">
        <w:rPr>
          <w:rFonts w:ascii="Arial" w:hAnsi="Arial" w:cs="Arial"/>
          <w:sz w:val="24"/>
          <w:szCs w:val="24"/>
        </w:rPr>
        <w:t>područnoj</w:t>
      </w:r>
      <w:proofErr w:type="spellEnd"/>
      <w:r w:rsidRPr="00471DBA">
        <w:rPr>
          <w:rFonts w:ascii="Arial" w:hAnsi="Arial" w:cs="Arial"/>
          <w:sz w:val="24"/>
          <w:szCs w:val="24"/>
        </w:rPr>
        <w:t xml:space="preserve"> (</w:t>
      </w:r>
      <w:proofErr w:type="spellStart"/>
      <w:r w:rsidRPr="00471DBA">
        <w:rPr>
          <w:rFonts w:ascii="Arial" w:hAnsi="Arial" w:cs="Arial"/>
          <w:sz w:val="24"/>
          <w:szCs w:val="24"/>
        </w:rPr>
        <w:t>regionalnoj</w:t>
      </w:r>
      <w:proofErr w:type="spellEnd"/>
      <w:r w:rsidRPr="00471DBA">
        <w:rPr>
          <w:rFonts w:ascii="Arial" w:hAnsi="Arial" w:cs="Arial"/>
          <w:sz w:val="24"/>
          <w:szCs w:val="24"/>
        </w:rPr>
        <w:t xml:space="preserve">) </w:t>
      </w:r>
      <w:proofErr w:type="spellStart"/>
      <w:r w:rsidRPr="00471DBA">
        <w:rPr>
          <w:rFonts w:ascii="Arial" w:hAnsi="Arial" w:cs="Arial"/>
          <w:sz w:val="24"/>
          <w:szCs w:val="24"/>
        </w:rPr>
        <w:t>samoupravi</w:t>
      </w:r>
      <w:proofErr w:type="spellEnd"/>
      <w:r w:rsidRPr="00471DB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71DBA">
        <w:rPr>
          <w:rFonts w:ascii="Arial" w:hAnsi="Arial" w:cs="Arial"/>
          <w:sz w:val="24"/>
          <w:szCs w:val="24"/>
        </w:rPr>
        <w:t>te</w:t>
      </w:r>
      <w:proofErr w:type="spellEnd"/>
      <w:r w:rsidRPr="00471DB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71DBA">
        <w:rPr>
          <w:rFonts w:ascii="Arial" w:hAnsi="Arial" w:cs="Arial"/>
          <w:sz w:val="24"/>
          <w:szCs w:val="24"/>
        </w:rPr>
        <w:t>Statuta</w:t>
      </w:r>
      <w:proofErr w:type="spellEnd"/>
      <w:r w:rsidRPr="00471DBA">
        <w:rPr>
          <w:rFonts w:ascii="Arial" w:hAnsi="Arial" w:cs="Arial"/>
          <w:sz w:val="24"/>
          <w:szCs w:val="24"/>
        </w:rPr>
        <w:t xml:space="preserve"> Grada Crikvenice </w:t>
      </w:r>
      <w:proofErr w:type="spellStart"/>
      <w:r w:rsidRPr="00471DBA">
        <w:rPr>
          <w:rFonts w:ascii="Arial" w:hAnsi="Arial" w:cs="Arial"/>
          <w:sz w:val="24"/>
          <w:szCs w:val="24"/>
        </w:rPr>
        <w:t>kojima</w:t>
      </w:r>
      <w:proofErr w:type="spellEnd"/>
      <w:r w:rsidRPr="00471DBA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471DBA">
        <w:rPr>
          <w:rFonts w:ascii="Arial" w:hAnsi="Arial" w:cs="Arial"/>
          <w:sz w:val="24"/>
          <w:szCs w:val="24"/>
        </w:rPr>
        <w:t>uređena</w:t>
      </w:r>
      <w:proofErr w:type="spellEnd"/>
      <w:r w:rsidRPr="00471DB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71DBA">
        <w:rPr>
          <w:rFonts w:ascii="Arial" w:hAnsi="Arial" w:cs="Arial"/>
          <w:sz w:val="24"/>
          <w:szCs w:val="24"/>
        </w:rPr>
        <w:t>nadležnost</w:t>
      </w:r>
      <w:proofErr w:type="spellEnd"/>
      <w:r w:rsidRPr="00471DBA">
        <w:rPr>
          <w:rFonts w:ascii="Arial" w:hAnsi="Arial" w:cs="Arial"/>
          <w:sz w:val="24"/>
          <w:szCs w:val="24"/>
        </w:rPr>
        <w:t xml:space="preserve"> Grada </w:t>
      </w:r>
      <w:proofErr w:type="spellStart"/>
      <w:r w:rsidRPr="00471DBA">
        <w:rPr>
          <w:rFonts w:ascii="Arial" w:hAnsi="Arial" w:cs="Arial"/>
          <w:sz w:val="24"/>
          <w:szCs w:val="24"/>
        </w:rPr>
        <w:t>i</w:t>
      </w:r>
      <w:proofErr w:type="spellEnd"/>
      <w:r w:rsidRPr="00471DB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71DBA">
        <w:rPr>
          <w:rFonts w:ascii="Arial" w:hAnsi="Arial" w:cs="Arial"/>
          <w:sz w:val="24"/>
          <w:szCs w:val="24"/>
        </w:rPr>
        <w:t>njegovih</w:t>
      </w:r>
      <w:proofErr w:type="spellEnd"/>
      <w:r w:rsidRPr="00471DB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71DBA">
        <w:rPr>
          <w:rFonts w:ascii="Arial" w:hAnsi="Arial" w:cs="Arial"/>
          <w:sz w:val="24"/>
          <w:szCs w:val="24"/>
        </w:rPr>
        <w:t>tijela</w:t>
      </w:r>
      <w:proofErr w:type="spellEnd"/>
      <w:r w:rsidRPr="00471DB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471DBA">
        <w:rPr>
          <w:rFonts w:ascii="Arial" w:hAnsi="Arial" w:cs="Arial"/>
          <w:sz w:val="24"/>
          <w:szCs w:val="24"/>
        </w:rPr>
        <w:t>donošenje</w:t>
      </w:r>
      <w:proofErr w:type="spellEnd"/>
      <w:r w:rsidRPr="00471DB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71DBA">
        <w:rPr>
          <w:rFonts w:ascii="Arial" w:hAnsi="Arial" w:cs="Arial"/>
          <w:sz w:val="24"/>
          <w:szCs w:val="24"/>
        </w:rPr>
        <w:t>općih</w:t>
      </w:r>
      <w:proofErr w:type="spellEnd"/>
      <w:r w:rsidRPr="00471DB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71DBA">
        <w:rPr>
          <w:rFonts w:ascii="Arial" w:hAnsi="Arial" w:cs="Arial"/>
          <w:sz w:val="24"/>
          <w:szCs w:val="24"/>
        </w:rPr>
        <w:t>akata</w:t>
      </w:r>
      <w:proofErr w:type="spellEnd"/>
      <w:r w:rsidRPr="00471DB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71DBA">
        <w:rPr>
          <w:rFonts w:ascii="Arial" w:hAnsi="Arial" w:cs="Arial"/>
          <w:sz w:val="24"/>
          <w:szCs w:val="24"/>
        </w:rPr>
        <w:t>i</w:t>
      </w:r>
      <w:proofErr w:type="spellEnd"/>
      <w:r w:rsidRPr="00471DB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71DBA">
        <w:rPr>
          <w:rFonts w:ascii="Arial" w:hAnsi="Arial" w:cs="Arial"/>
          <w:sz w:val="24"/>
          <w:szCs w:val="24"/>
        </w:rPr>
        <w:t>provedbu</w:t>
      </w:r>
      <w:proofErr w:type="spellEnd"/>
      <w:r w:rsidRPr="00471DB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71DBA">
        <w:rPr>
          <w:rFonts w:ascii="Arial" w:hAnsi="Arial" w:cs="Arial"/>
          <w:sz w:val="24"/>
          <w:szCs w:val="24"/>
        </w:rPr>
        <w:t>programa</w:t>
      </w:r>
      <w:proofErr w:type="spellEnd"/>
      <w:r w:rsidRPr="00471DB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71DBA">
        <w:rPr>
          <w:rFonts w:ascii="Arial" w:hAnsi="Arial" w:cs="Arial"/>
          <w:sz w:val="24"/>
          <w:szCs w:val="24"/>
        </w:rPr>
        <w:t>iz</w:t>
      </w:r>
      <w:proofErr w:type="spellEnd"/>
      <w:r w:rsidRPr="00471DB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71DBA">
        <w:rPr>
          <w:rFonts w:ascii="Arial" w:hAnsi="Arial" w:cs="Arial"/>
          <w:sz w:val="24"/>
          <w:szCs w:val="24"/>
        </w:rPr>
        <w:t>samoupravnog</w:t>
      </w:r>
      <w:proofErr w:type="spellEnd"/>
      <w:r w:rsidRPr="00471DB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71DBA">
        <w:rPr>
          <w:rFonts w:ascii="Arial" w:hAnsi="Arial" w:cs="Arial"/>
          <w:sz w:val="24"/>
          <w:szCs w:val="24"/>
        </w:rPr>
        <w:t>djelokruga</w:t>
      </w:r>
      <w:proofErr w:type="spellEnd"/>
      <w:r w:rsidRPr="00471DBA">
        <w:rPr>
          <w:rFonts w:ascii="Arial" w:hAnsi="Arial" w:cs="Arial"/>
          <w:sz w:val="24"/>
          <w:szCs w:val="24"/>
        </w:rPr>
        <w:t>.</w:t>
      </w:r>
    </w:p>
    <w:p w14:paraId="6C3FDA99" w14:textId="77777777" w:rsidR="000C4192" w:rsidRPr="00471DBA" w:rsidRDefault="000C4192" w:rsidP="000C4192">
      <w:pPr>
        <w:jc w:val="both"/>
        <w:rPr>
          <w:rFonts w:ascii="Arial" w:hAnsi="Arial" w:cs="Arial"/>
          <w:sz w:val="24"/>
          <w:szCs w:val="24"/>
        </w:rPr>
      </w:pPr>
      <w:proofErr w:type="spellStart"/>
      <w:r w:rsidRPr="00471DBA">
        <w:rPr>
          <w:rFonts w:ascii="Arial" w:hAnsi="Arial" w:cs="Arial"/>
          <w:sz w:val="24"/>
          <w:szCs w:val="24"/>
        </w:rPr>
        <w:t>Sredstva</w:t>
      </w:r>
      <w:proofErr w:type="spellEnd"/>
      <w:r w:rsidRPr="00471DB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471DBA">
        <w:rPr>
          <w:rFonts w:ascii="Arial" w:hAnsi="Arial" w:cs="Arial"/>
          <w:sz w:val="24"/>
          <w:szCs w:val="24"/>
        </w:rPr>
        <w:t>provedbu</w:t>
      </w:r>
      <w:proofErr w:type="spellEnd"/>
      <w:r w:rsidRPr="00471DB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71DBA">
        <w:rPr>
          <w:rFonts w:ascii="Arial" w:hAnsi="Arial" w:cs="Arial"/>
          <w:sz w:val="24"/>
          <w:szCs w:val="24"/>
        </w:rPr>
        <w:t>Pravilnika</w:t>
      </w:r>
      <w:proofErr w:type="spellEnd"/>
      <w:r w:rsidRPr="00471DB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71DBA">
        <w:rPr>
          <w:rFonts w:ascii="Arial" w:hAnsi="Arial" w:cs="Arial"/>
          <w:sz w:val="24"/>
          <w:szCs w:val="24"/>
        </w:rPr>
        <w:t>osiguravaju</w:t>
      </w:r>
      <w:proofErr w:type="spellEnd"/>
      <w:r w:rsidRPr="00471DBA">
        <w:rPr>
          <w:rFonts w:ascii="Arial" w:hAnsi="Arial" w:cs="Arial"/>
          <w:sz w:val="24"/>
          <w:szCs w:val="24"/>
        </w:rPr>
        <w:t xml:space="preserve"> se u </w:t>
      </w:r>
      <w:proofErr w:type="spellStart"/>
      <w:r w:rsidRPr="00471DBA">
        <w:rPr>
          <w:rFonts w:ascii="Arial" w:hAnsi="Arial" w:cs="Arial"/>
          <w:sz w:val="24"/>
          <w:szCs w:val="24"/>
        </w:rPr>
        <w:t>Proračunu</w:t>
      </w:r>
      <w:proofErr w:type="spellEnd"/>
      <w:r w:rsidRPr="00471DBA">
        <w:rPr>
          <w:rFonts w:ascii="Arial" w:hAnsi="Arial" w:cs="Arial"/>
          <w:sz w:val="24"/>
          <w:szCs w:val="24"/>
        </w:rPr>
        <w:t xml:space="preserve"> Grada Crikvenice u </w:t>
      </w:r>
      <w:proofErr w:type="spellStart"/>
      <w:r w:rsidRPr="00471DBA">
        <w:rPr>
          <w:rFonts w:ascii="Arial" w:hAnsi="Arial" w:cs="Arial"/>
          <w:sz w:val="24"/>
          <w:szCs w:val="24"/>
        </w:rPr>
        <w:t>okviru</w:t>
      </w:r>
      <w:proofErr w:type="spellEnd"/>
      <w:r w:rsidRPr="00471DB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71DBA">
        <w:rPr>
          <w:rFonts w:ascii="Arial" w:hAnsi="Arial" w:cs="Arial"/>
          <w:sz w:val="24"/>
          <w:szCs w:val="24"/>
        </w:rPr>
        <w:t>programa</w:t>
      </w:r>
      <w:proofErr w:type="spellEnd"/>
      <w:r w:rsidRPr="00471DB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71DBA">
        <w:rPr>
          <w:rFonts w:ascii="Arial" w:hAnsi="Arial" w:cs="Arial"/>
          <w:sz w:val="24"/>
          <w:szCs w:val="24"/>
        </w:rPr>
        <w:t>javnih</w:t>
      </w:r>
      <w:proofErr w:type="spellEnd"/>
      <w:r w:rsidRPr="00471DB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71DBA">
        <w:rPr>
          <w:rFonts w:ascii="Arial" w:hAnsi="Arial" w:cs="Arial"/>
          <w:sz w:val="24"/>
          <w:szCs w:val="24"/>
        </w:rPr>
        <w:t>potreba</w:t>
      </w:r>
      <w:proofErr w:type="spellEnd"/>
      <w:r w:rsidRPr="00471DBA">
        <w:rPr>
          <w:rFonts w:ascii="Arial" w:hAnsi="Arial" w:cs="Arial"/>
          <w:sz w:val="24"/>
          <w:szCs w:val="24"/>
        </w:rPr>
        <w:t xml:space="preserve"> u </w:t>
      </w:r>
      <w:proofErr w:type="spellStart"/>
      <w:r w:rsidRPr="00471DBA">
        <w:rPr>
          <w:rFonts w:ascii="Arial" w:hAnsi="Arial" w:cs="Arial"/>
          <w:sz w:val="24"/>
          <w:szCs w:val="24"/>
        </w:rPr>
        <w:t>sportu</w:t>
      </w:r>
      <w:proofErr w:type="spellEnd"/>
      <w:r w:rsidRPr="00471DBA">
        <w:rPr>
          <w:rFonts w:ascii="Arial" w:hAnsi="Arial" w:cs="Arial"/>
          <w:sz w:val="24"/>
          <w:szCs w:val="24"/>
        </w:rPr>
        <w:t>.</w:t>
      </w:r>
    </w:p>
    <w:p w14:paraId="1AAA9E32" w14:textId="77777777" w:rsidR="000C4192" w:rsidRDefault="000C4192" w:rsidP="000C4192">
      <w:pPr>
        <w:jc w:val="both"/>
        <w:rPr>
          <w:rFonts w:ascii="Arial" w:hAnsi="Arial" w:cs="Arial"/>
          <w:sz w:val="24"/>
          <w:szCs w:val="24"/>
        </w:rPr>
      </w:pPr>
    </w:p>
    <w:p w14:paraId="79973E15" w14:textId="039F6142" w:rsidR="000C4192" w:rsidRPr="000C4192" w:rsidRDefault="000C4192" w:rsidP="000C4192">
      <w:pPr>
        <w:pStyle w:val="Odlomakpopisa"/>
        <w:numPr>
          <w:ilvl w:val="0"/>
          <w:numId w:val="10"/>
        </w:numPr>
        <w:jc w:val="both"/>
        <w:rPr>
          <w:rFonts w:ascii="Arial" w:hAnsi="Arial" w:cs="Arial"/>
          <w:b/>
          <w:bCs/>
          <w:sz w:val="24"/>
          <w:szCs w:val="24"/>
        </w:rPr>
      </w:pPr>
      <w:proofErr w:type="spellStart"/>
      <w:r w:rsidRPr="000C4192">
        <w:rPr>
          <w:rFonts w:ascii="Arial" w:hAnsi="Arial" w:cs="Arial"/>
          <w:b/>
          <w:bCs/>
          <w:sz w:val="24"/>
          <w:szCs w:val="24"/>
        </w:rPr>
        <w:t>Obrazloženje</w:t>
      </w:r>
      <w:proofErr w:type="spellEnd"/>
    </w:p>
    <w:p w14:paraId="4EA7CA32" w14:textId="77777777" w:rsidR="000C4192" w:rsidRPr="000C4192" w:rsidRDefault="000C4192" w:rsidP="000C4192">
      <w:pPr>
        <w:jc w:val="both"/>
        <w:rPr>
          <w:rFonts w:ascii="Arial" w:hAnsi="Arial" w:cs="Arial"/>
          <w:sz w:val="24"/>
          <w:szCs w:val="24"/>
        </w:rPr>
      </w:pPr>
      <w:proofErr w:type="spellStart"/>
      <w:r w:rsidRPr="000C4192">
        <w:rPr>
          <w:rFonts w:ascii="Arial" w:hAnsi="Arial" w:cs="Arial"/>
          <w:sz w:val="24"/>
          <w:szCs w:val="24"/>
        </w:rPr>
        <w:t>Dosadašnjim</w:t>
      </w:r>
      <w:proofErr w:type="spellEnd"/>
      <w:r w:rsidRPr="000C41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C4192">
        <w:rPr>
          <w:rFonts w:ascii="Arial" w:hAnsi="Arial" w:cs="Arial"/>
          <w:sz w:val="24"/>
          <w:szCs w:val="24"/>
        </w:rPr>
        <w:t>Pravilnikom</w:t>
      </w:r>
      <w:proofErr w:type="spellEnd"/>
      <w:r w:rsidRPr="000C4192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0C4192">
        <w:rPr>
          <w:rFonts w:ascii="Arial" w:hAnsi="Arial" w:cs="Arial"/>
          <w:sz w:val="24"/>
          <w:szCs w:val="24"/>
        </w:rPr>
        <w:t>kriterijima</w:t>
      </w:r>
      <w:proofErr w:type="spellEnd"/>
      <w:r w:rsidRPr="000C41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C4192">
        <w:rPr>
          <w:rFonts w:ascii="Arial" w:hAnsi="Arial" w:cs="Arial"/>
          <w:sz w:val="24"/>
          <w:szCs w:val="24"/>
        </w:rPr>
        <w:t>dodjele</w:t>
      </w:r>
      <w:proofErr w:type="spellEnd"/>
      <w:r w:rsidRPr="000C41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C4192">
        <w:rPr>
          <w:rFonts w:ascii="Arial" w:hAnsi="Arial" w:cs="Arial"/>
          <w:sz w:val="24"/>
          <w:szCs w:val="24"/>
        </w:rPr>
        <w:t>sportskih</w:t>
      </w:r>
      <w:proofErr w:type="spellEnd"/>
      <w:r w:rsidRPr="000C41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C4192">
        <w:rPr>
          <w:rFonts w:ascii="Arial" w:hAnsi="Arial" w:cs="Arial"/>
          <w:sz w:val="24"/>
          <w:szCs w:val="24"/>
        </w:rPr>
        <w:t>stipendija</w:t>
      </w:r>
      <w:proofErr w:type="spellEnd"/>
      <w:r w:rsidRPr="000C41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C4192">
        <w:rPr>
          <w:rFonts w:ascii="Arial" w:hAnsi="Arial" w:cs="Arial"/>
          <w:sz w:val="24"/>
          <w:szCs w:val="24"/>
        </w:rPr>
        <w:t>i</w:t>
      </w:r>
      <w:proofErr w:type="spellEnd"/>
      <w:r w:rsidRPr="000C41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C4192">
        <w:rPr>
          <w:rFonts w:ascii="Arial" w:hAnsi="Arial" w:cs="Arial"/>
          <w:sz w:val="24"/>
          <w:szCs w:val="24"/>
        </w:rPr>
        <w:t>jednokratnih</w:t>
      </w:r>
      <w:proofErr w:type="spellEnd"/>
      <w:r w:rsidRPr="000C41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C4192">
        <w:rPr>
          <w:rFonts w:ascii="Arial" w:hAnsi="Arial" w:cs="Arial"/>
          <w:sz w:val="24"/>
          <w:szCs w:val="24"/>
        </w:rPr>
        <w:t>naknada</w:t>
      </w:r>
      <w:proofErr w:type="spellEnd"/>
      <w:r w:rsidRPr="000C41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C4192">
        <w:rPr>
          <w:rFonts w:ascii="Arial" w:hAnsi="Arial" w:cs="Arial"/>
          <w:sz w:val="24"/>
          <w:szCs w:val="24"/>
        </w:rPr>
        <w:t>sportašima</w:t>
      </w:r>
      <w:proofErr w:type="spellEnd"/>
      <w:r w:rsidRPr="000C41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C4192">
        <w:rPr>
          <w:rFonts w:ascii="Arial" w:hAnsi="Arial" w:cs="Arial"/>
          <w:sz w:val="24"/>
          <w:szCs w:val="24"/>
        </w:rPr>
        <w:t>reprezentativcima</w:t>
      </w:r>
      <w:proofErr w:type="spellEnd"/>
      <w:r w:rsidRPr="000C4192">
        <w:rPr>
          <w:rFonts w:ascii="Arial" w:hAnsi="Arial" w:cs="Arial"/>
          <w:sz w:val="24"/>
          <w:szCs w:val="24"/>
        </w:rPr>
        <w:t xml:space="preserve"> („</w:t>
      </w:r>
      <w:proofErr w:type="spellStart"/>
      <w:r w:rsidRPr="000C4192">
        <w:rPr>
          <w:rFonts w:ascii="Arial" w:hAnsi="Arial" w:cs="Arial"/>
          <w:sz w:val="24"/>
          <w:szCs w:val="24"/>
        </w:rPr>
        <w:t>Službene</w:t>
      </w:r>
      <w:proofErr w:type="spellEnd"/>
      <w:r w:rsidRPr="000C4192">
        <w:rPr>
          <w:rFonts w:ascii="Arial" w:hAnsi="Arial" w:cs="Arial"/>
          <w:sz w:val="24"/>
          <w:szCs w:val="24"/>
        </w:rPr>
        <w:t xml:space="preserve"> novine Grada </w:t>
      </w:r>
      <w:proofErr w:type="gramStart"/>
      <w:r w:rsidRPr="000C4192">
        <w:rPr>
          <w:rFonts w:ascii="Arial" w:hAnsi="Arial" w:cs="Arial"/>
          <w:sz w:val="24"/>
          <w:szCs w:val="24"/>
        </w:rPr>
        <w:t>Crikvenice“ br.</w:t>
      </w:r>
      <w:proofErr w:type="gramEnd"/>
      <w:r w:rsidRPr="000C4192">
        <w:rPr>
          <w:rFonts w:ascii="Arial" w:hAnsi="Arial" w:cs="Arial"/>
          <w:sz w:val="24"/>
          <w:szCs w:val="24"/>
        </w:rPr>
        <w:t xml:space="preserve"> 91/20, 179/23) u </w:t>
      </w:r>
      <w:proofErr w:type="spellStart"/>
      <w:r w:rsidRPr="000C4192">
        <w:rPr>
          <w:rFonts w:ascii="Arial" w:hAnsi="Arial" w:cs="Arial"/>
          <w:sz w:val="24"/>
          <w:szCs w:val="24"/>
        </w:rPr>
        <w:t>istom</w:t>
      </w:r>
      <w:proofErr w:type="spellEnd"/>
      <w:r w:rsidRPr="000C41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C4192">
        <w:rPr>
          <w:rFonts w:ascii="Arial" w:hAnsi="Arial" w:cs="Arial"/>
          <w:sz w:val="24"/>
          <w:szCs w:val="24"/>
        </w:rPr>
        <w:t>su</w:t>
      </w:r>
      <w:proofErr w:type="spellEnd"/>
      <w:r w:rsidRPr="000C41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C4192">
        <w:rPr>
          <w:rFonts w:ascii="Arial" w:hAnsi="Arial" w:cs="Arial"/>
          <w:sz w:val="24"/>
          <w:szCs w:val="24"/>
        </w:rPr>
        <w:t>općem</w:t>
      </w:r>
      <w:proofErr w:type="spellEnd"/>
      <w:r w:rsidRPr="000C41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C4192">
        <w:rPr>
          <w:rFonts w:ascii="Arial" w:hAnsi="Arial" w:cs="Arial"/>
          <w:sz w:val="24"/>
          <w:szCs w:val="24"/>
        </w:rPr>
        <w:t>aktu</w:t>
      </w:r>
      <w:proofErr w:type="spellEnd"/>
      <w:r w:rsidRPr="000C4192">
        <w:rPr>
          <w:rFonts w:ascii="Arial" w:hAnsi="Arial" w:cs="Arial"/>
          <w:sz w:val="24"/>
          <w:szCs w:val="24"/>
        </w:rPr>
        <w:t xml:space="preserve"> bile </w:t>
      </w:r>
      <w:proofErr w:type="spellStart"/>
      <w:r w:rsidRPr="000C4192">
        <w:rPr>
          <w:rFonts w:ascii="Arial" w:hAnsi="Arial" w:cs="Arial"/>
          <w:sz w:val="24"/>
          <w:szCs w:val="24"/>
        </w:rPr>
        <w:t>uređene</w:t>
      </w:r>
      <w:proofErr w:type="spellEnd"/>
      <w:r w:rsidRPr="000C41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C4192">
        <w:rPr>
          <w:rFonts w:ascii="Arial" w:hAnsi="Arial" w:cs="Arial"/>
          <w:sz w:val="24"/>
          <w:szCs w:val="24"/>
        </w:rPr>
        <w:t>sportske</w:t>
      </w:r>
      <w:proofErr w:type="spellEnd"/>
      <w:r w:rsidRPr="000C41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C4192">
        <w:rPr>
          <w:rFonts w:ascii="Arial" w:hAnsi="Arial" w:cs="Arial"/>
          <w:sz w:val="24"/>
          <w:szCs w:val="24"/>
        </w:rPr>
        <w:t>stipendije</w:t>
      </w:r>
      <w:proofErr w:type="spellEnd"/>
      <w:r w:rsidRPr="000C41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C4192">
        <w:rPr>
          <w:rFonts w:ascii="Arial" w:hAnsi="Arial" w:cs="Arial"/>
          <w:sz w:val="24"/>
          <w:szCs w:val="24"/>
        </w:rPr>
        <w:t>i</w:t>
      </w:r>
      <w:proofErr w:type="spellEnd"/>
      <w:r w:rsidRPr="000C41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C4192">
        <w:rPr>
          <w:rFonts w:ascii="Arial" w:hAnsi="Arial" w:cs="Arial"/>
          <w:sz w:val="24"/>
          <w:szCs w:val="24"/>
        </w:rPr>
        <w:t>jednokratne</w:t>
      </w:r>
      <w:proofErr w:type="spellEnd"/>
      <w:r w:rsidRPr="000C41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C4192">
        <w:rPr>
          <w:rFonts w:ascii="Arial" w:hAnsi="Arial" w:cs="Arial"/>
          <w:sz w:val="24"/>
          <w:szCs w:val="24"/>
        </w:rPr>
        <w:t>naknade</w:t>
      </w:r>
      <w:proofErr w:type="spellEnd"/>
      <w:r w:rsidRPr="000C41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C4192">
        <w:rPr>
          <w:rFonts w:ascii="Arial" w:hAnsi="Arial" w:cs="Arial"/>
          <w:sz w:val="24"/>
          <w:szCs w:val="24"/>
        </w:rPr>
        <w:t>sportašima</w:t>
      </w:r>
      <w:proofErr w:type="spellEnd"/>
      <w:r w:rsidRPr="000C41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C4192">
        <w:rPr>
          <w:rFonts w:ascii="Arial" w:hAnsi="Arial" w:cs="Arial"/>
          <w:sz w:val="24"/>
          <w:szCs w:val="24"/>
        </w:rPr>
        <w:t>reprezentativcima</w:t>
      </w:r>
      <w:proofErr w:type="spellEnd"/>
      <w:r w:rsidRPr="000C4192">
        <w:rPr>
          <w:rFonts w:ascii="Arial" w:hAnsi="Arial" w:cs="Arial"/>
          <w:sz w:val="24"/>
          <w:szCs w:val="24"/>
        </w:rPr>
        <w:t>.</w:t>
      </w:r>
    </w:p>
    <w:p w14:paraId="1604CC70" w14:textId="77777777" w:rsidR="000C4192" w:rsidRPr="000C4192" w:rsidRDefault="000C4192" w:rsidP="000C4192">
      <w:pPr>
        <w:jc w:val="both"/>
        <w:rPr>
          <w:rFonts w:ascii="Arial" w:hAnsi="Arial" w:cs="Arial"/>
          <w:sz w:val="24"/>
          <w:szCs w:val="24"/>
        </w:rPr>
      </w:pPr>
      <w:proofErr w:type="spellStart"/>
      <w:r w:rsidRPr="000C4192">
        <w:rPr>
          <w:rFonts w:ascii="Arial" w:hAnsi="Arial" w:cs="Arial"/>
          <w:sz w:val="24"/>
          <w:szCs w:val="24"/>
        </w:rPr>
        <w:t>Budući</w:t>
      </w:r>
      <w:proofErr w:type="spellEnd"/>
      <w:r w:rsidRPr="000C4192">
        <w:rPr>
          <w:rFonts w:ascii="Arial" w:hAnsi="Arial" w:cs="Arial"/>
          <w:sz w:val="24"/>
          <w:szCs w:val="24"/>
        </w:rPr>
        <w:t xml:space="preserve"> da </w:t>
      </w:r>
      <w:proofErr w:type="spellStart"/>
      <w:r w:rsidRPr="000C4192">
        <w:rPr>
          <w:rFonts w:ascii="Arial" w:hAnsi="Arial" w:cs="Arial"/>
          <w:sz w:val="24"/>
          <w:szCs w:val="24"/>
        </w:rPr>
        <w:t>su</w:t>
      </w:r>
      <w:proofErr w:type="spellEnd"/>
      <w:r w:rsidRPr="000C41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C4192">
        <w:rPr>
          <w:rFonts w:ascii="Arial" w:hAnsi="Arial" w:cs="Arial"/>
          <w:sz w:val="24"/>
          <w:szCs w:val="24"/>
        </w:rPr>
        <w:t>sportske</w:t>
      </w:r>
      <w:proofErr w:type="spellEnd"/>
      <w:r w:rsidRPr="000C41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C4192">
        <w:rPr>
          <w:rFonts w:ascii="Arial" w:hAnsi="Arial" w:cs="Arial"/>
          <w:sz w:val="24"/>
          <w:szCs w:val="24"/>
        </w:rPr>
        <w:t>stipendije</w:t>
      </w:r>
      <w:proofErr w:type="spellEnd"/>
      <w:r w:rsidRPr="000C41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C4192">
        <w:rPr>
          <w:rFonts w:ascii="Arial" w:hAnsi="Arial" w:cs="Arial"/>
          <w:sz w:val="24"/>
          <w:szCs w:val="24"/>
        </w:rPr>
        <w:t>uređene</w:t>
      </w:r>
      <w:proofErr w:type="spellEnd"/>
      <w:r w:rsidRPr="000C41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C4192">
        <w:rPr>
          <w:rFonts w:ascii="Arial" w:hAnsi="Arial" w:cs="Arial"/>
          <w:sz w:val="24"/>
          <w:szCs w:val="24"/>
        </w:rPr>
        <w:t>posebnim</w:t>
      </w:r>
      <w:proofErr w:type="spellEnd"/>
      <w:r w:rsidRPr="000C41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C4192">
        <w:rPr>
          <w:rFonts w:ascii="Arial" w:hAnsi="Arial" w:cs="Arial"/>
          <w:sz w:val="24"/>
          <w:szCs w:val="24"/>
        </w:rPr>
        <w:t>pravilnikom</w:t>
      </w:r>
      <w:proofErr w:type="spellEnd"/>
      <w:r w:rsidRPr="000C4192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0C4192">
        <w:rPr>
          <w:rFonts w:ascii="Arial" w:hAnsi="Arial" w:cs="Arial"/>
          <w:sz w:val="24"/>
          <w:szCs w:val="24"/>
        </w:rPr>
        <w:t>predlaže</w:t>
      </w:r>
      <w:proofErr w:type="spellEnd"/>
      <w:r w:rsidRPr="000C4192">
        <w:rPr>
          <w:rFonts w:ascii="Arial" w:hAnsi="Arial" w:cs="Arial"/>
          <w:sz w:val="24"/>
          <w:szCs w:val="24"/>
        </w:rPr>
        <w:t xml:space="preserve"> se </w:t>
      </w:r>
      <w:proofErr w:type="spellStart"/>
      <w:r w:rsidRPr="000C4192">
        <w:rPr>
          <w:rFonts w:ascii="Arial" w:hAnsi="Arial" w:cs="Arial"/>
          <w:sz w:val="24"/>
          <w:szCs w:val="24"/>
        </w:rPr>
        <w:t>jednokratne</w:t>
      </w:r>
      <w:proofErr w:type="spellEnd"/>
      <w:r w:rsidRPr="000C41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C4192">
        <w:rPr>
          <w:rFonts w:ascii="Arial" w:hAnsi="Arial" w:cs="Arial"/>
          <w:sz w:val="24"/>
          <w:szCs w:val="24"/>
        </w:rPr>
        <w:t>naknade</w:t>
      </w:r>
      <w:proofErr w:type="spellEnd"/>
      <w:r w:rsidRPr="000C41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C4192">
        <w:rPr>
          <w:rFonts w:ascii="Arial" w:hAnsi="Arial" w:cs="Arial"/>
          <w:sz w:val="24"/>
          <w:szCs w:val="24"/>
        </w:rPr>
        <w:t>sportašima</w:t>
      </w:r>
      <w:proofErr w:type="spellEnd"/>
      <w:r w:rsidRPr="000C41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C4192">
        <w:rPr>
          <w:rFonts w:ascii="Arial" w:hAnsi="Arial" w:cs="Arial"/>
          <w:sz w:val="24"/>
          <w:szCs w:val="24"/>
        </w:rPr>
        <w:t>reprezentativcima</w:t>
      </w:r>
      <w:proofErr w:type="spellEnd"/>
      <w:r w:rsidRPr="000C41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C4192">
        <w:rPr>
          <w:rFonts w:ascii="Arial" w:hAnsi="Arial" w:cs="Arial"/>
          <w:sz w:val="24"/>
          <w:szCs w:val="24"/>
        </w:rPr>
        <w:t>izdvojiti</w:t>
      </w:r>
      <w:proofErr w:type="spellEnd"/>
      <w:r w:rsidRPr="000C4192">
        <w:rPr>
          <w:rFonts w:ascii="Arial" w:hAnsi="Arial" w:cs="Arial"/>
          <w:sz w:val="24"/>
          <w:szCs w:val="24"/>
        </w:rPr>
        <w:t xml:space="preserve"> u </w:t>
      </w:r>
      <w:proofErr w:type="spellStart"/>
      <w:r w:rsidRPr="000C4192">
        <w:rPr>
          <w:rFonts w:ascii="Arial" w:hAnsi="Arial" w:cs="Arial"/>
          <w:sz w:val="24"/>
          <w:szCs w:val="24"/>
        </w:rPr>
        <w:t>samostalan</w:t>
      </w:r>
      <w:proofErr w:type="spellEnd"/>
      <w:r w:rsidRPr="000C41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C4192">
        <w:rPr>
          <w:rFonts w:ascii="Arial" w:hAnsi="Arial" w:cs="Arial"/>
          <w:sz w:val="24"/>
          <w:szCs w:val="24"/>
        </w:rPr>
        <w:t>opći</w:t>
      </w:r>
      <w:proofErr w:type="spellEnd"/>
      <w:r w:rsidRPr="000C41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C4192">
        <w:rPr>
          <w:rFonts w:ascii="Arial" w:hAnsi="Arial" w:cs="Arial"/>
          <w:sz w:val="24"/>
          <w:szCs w:val="24"/>
        </w:rPr>
        <w:t>akt</w:t>
      </w:r>
      <w:proofErr w:type="spellEnd"/>
      <w:r w:rsidRPr="000C41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C4192">
        <w:rPr>
          <w:rFonts w:ascii="Arial" w:hAnsi="Arial" w:cs="Arial"/>
          <w:sz w:val="24"/>
          <w:szCs w:val="24"/>
        </w:rPr>
        <w:t>te</w:t>
      </w:r>
      <w:proofErr w:type="spellEnd"/>
      <w:r w:rsidRPr="000C41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C4192">
        <w:rPr>
          <w:rFonts w:ascii="Arial" w:hAnsi="Arial" w:cs="Arial"/>
          <w:sz w:val="24"/>
          <w:szCs w:val="24"/>
        </w:rPr>
        <w:t>istodobno</w:t>
      </w:r>
      <w:proofErr w:type="spellEnd"/>
      <w:r w:rsidRPr="000C41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C4192">
        <w:rPr>
          <w:rFonts w:ascii="Arial" w:hAnsi="Arial" w:cs="Arial"/>
          <w:sz w:val="24"/>
          <w:szCs w:val="24"/>
        </w:rPr>
        <w:t>jasnije</w:t>
      </w:r>
      <w:proofErr w:type="spellEnd"/>
      <w:r w:rsidRPr="000C41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C4192">
        <w:rPr>
          <w:rFonts w:ascii="Arial" w:hAnsi="Arial" w:cs="Arial"/>
          <w:sz w:val="24"/>
          <w:szCs w:val="24"/>
        </w:rPr>
        <w:t>urediti</w:t>
      </w:r>
      <w:proofErr w:type="spellEnd"/>
      <w:r w:rsidRPr="000C41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C4192">
        <w:rPr>
          <w:rFonts w:ascii="Arial" w:hAnsi="Arial" w:cs="Arial"/>
          <w:sz w:val="24"/>
          <w:szCs w:val="24"/>
        </w:rPr>
        <w:t>uvjete</w:t>
      </w:r>
      <w:proofErr w:type="spellEnd"/>
      <w:r w:rsidRPr="000C4192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0C4192">
        <w:rPr>
          <w:rFonts w:ascii="Arial" w:hAnsi="Arial" w:cs="Arial"/>
          <w:sz w:val="24"/>
          <w:szCs w:val="24"/>
        </w:rPr>
        <w:t>kriterije</w:t>
      </w:r>
      <w:proofErr w:type="spellEnd"/>
      <w:r w:rsidRPr="000C4192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0C4192">
        <w:rPr>
          <w:rFonts w:ascii="Arial" w:hAnsi="Arial" w:cs="Arial"/>
          <w:sz w:val="24"/>
          <w:szCs w:val="24"/>
        </w:rPr>
        <w:t>postupak</w:t>
      </w:r>
      <w:proofErr w:type="spellEnd"/>
      <w:r w:rsidRPr="000C4192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0C4192">
        <w:rPr>
          <w:rFonts w:ascii="Arial" w:hAnsi="Arial" w:cs="Arial"/>
          <w:sz w:val="24"/>
          <w:szCs w:val="24"/>
        </w:rPr>
        <w:t>visinu</w:t>
      </w:r>
      <w:proofErr w:type="spellEnd"/>
      <w:r w:rsidRPr="000C41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C4192">
        <w:rPr>
          <w:rFonts w:ascii="Arial" w:hAnsi="Arial" w:cs="Arial"/>
          <w:sz w:val="24"/>
          <w:szCs w:val="24"/>
        </w:rPr>
        <w:t>i</w:t>
      </w:r>
      <w:proofErr w:type="spellEnd"/>
      <w:r w:rsidRPr="000C41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C4192">
        <w:rPr>
          <w:rFonts w:ascii="Arial" w:hAnsi="Arial" w:cs="Arial"/>
          <w:sz w:val="24"/>
          <w:szCs w:val="24"/>
        </w:rPr>
        <w:t>način</w:t>
      </w:r>
      <w:proofErr w:type="spellEnd"/>
      <w:r w:rsidRPr="000C41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C4192">
        <w:rPr>
          <w:rFonts w:ascii="Arial" w:hAnsi="Arial" w:cs="Arial"/>
          <w:sz w:val="24"/>
          <w:szCs w:val="24"/>
        </w:rPr>
        <w:t>njihove</w:t>
      </w:r>
      <w:proofErr w:type="spellEnd"/>
      <w:r w:rsidRPr="000C41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C4192">
        <w:rPr>
          <w:rFonts w:ascii="Arial" w:hAnsi="Arial" w:cs="Arial"/>
          <w:sz w:val="24"/>
          <w:szCs w:val="24"/>
        </w:rPr>
        <w:t>isplate</w:t>
      </w:r>
      <w:proofErr w:type="spellEnd"/>
      <w:r w:rsidRPr="000C4192">
        <w:rPr>
          <w:rFonts w:ascii="Arial" w:hAnsi="Arial" w:cs="Arial"/>
          <w:sz w:val="24"/>
          <w:szCs w:val="24"/>
        </w:rPr>
        <w:t>.</w:t>
      </w:r>
    </w:p>
    <w:p w14:paraId="5123AA38" w14:textId="77777777" w:rsidR="000C4192" w:rsidRPr="000C4192" w:rsidRDefault="000C4192" w:rsidP="000C4192">
      <w:pPr>
        <w:jc w:val="both"/>
        <w:rPr>
          <w:rFonts w:ascii="Arial" w:hAnsi="Arial" w:cs="Arial"/>
          <w:sz w:val="24"/>
          <w:szCs w:val="24"/>
        </w:rPr>
      </w:pPr>
      <w:proofErr w:type="spellStart"/>
      <w:r w:rsidRPr="000C4192">
        <w:rPr>
          <w:rFonts w:ascii="Arial" w:hAnsi="Arial" w:cs="Arial"/>
          <w:sz w:val="24"/>
          <w:szCs w:val="24"/>
        </w:rPr>
        <w:lastRenderedPageBreak/>
        <w:t>Prijedlogom</w:t>
      </w:r>
      <w:proofErr w:type="spellEnd"/>
      <w:r w:rsidRPr="000C41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C4192">
        <w:rPr>
          <w:rFonts w:ascii="Arial" w:hAnsi="Arial" w:cs="Arial"/>
          <w:sz w:val="24"/>
          <w:szCs w:val="24"/>
        </w:rPr>
        <w:t>Pravilnika</w:t>
      </w:r>
      <w:proofErr w:type="spellEnd"/>
      <w:r w:rsidRPr="000C41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C4192">
        <w:rPr>
          <w:rFonts w:ascii="Arial" w:hAnsi="Arial" w:cs="Arial"/>
          <w:sz w:val="24"/>
          <w:szCs w:val="24"/>
        </w:rPr>
        <w:t>pravo</w:t>
      </w:r>
      <w:proofErr w:type="spellEnd"/>
      <w:r w:rsidRPr="000C41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C4192">
        <w:rPr>
          <w:rFonts w:ascii="Arial" w:hAnsi="Arial" w:cs="Arial"/>
          <w:sz w:val="24"/>
          <w:szCs w:val="24"/>
        </w:rPr>
        <w:t>na</w:t>
      </w:r>
      <w:proofErr w:type="spellEnd"/>
      <w:r w:rsidRPr="000C41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C4192">
        <w:rPr>
          <w:rFonts w:ascii="Arial" w:hAnsi="Arial" w:cs="Arial"/>
          <w:sz w:val="24"/>
          <w:szCs w:val="24"/>
        </w:rPr>
        <w:t>jednokratnu</w:t>
      </w:r>
      <w:proofErr w:type="spellEnd"/>
      <w:r w:rsidRPr="000C41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C4192">
        <w:rPr>
          <w:rFonts w:ascii="Arial" w:hAnsi="Arial" w:cs="Arial"/>
          <w:sz w:val="24"/>
          <w:szCs w:val="24"/>
        </w:rPr>
        <w:t>naknadu</w:t>
      </w:r>
      <w:proofErr w:type="spellEnd"/>
      <w:r w:rsidRPr="000C41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C4192">
        <w:rPr>
          <w:rFonts w:ascii="Arial" w:hAnsi="Arial" w:cs="Arial"/>
          <w:sz w:val="24"/>
          <w:szCs w:val="24"/>
        </w:rPr>
        <w:t>veže</w:t>
      </w:r>
      <w:proofErr w:type="spellEnd"/>
      <w:r w:rsidRPr="000C4192">
        <w:rPr>
          <w:rFonts w:ascii="Arial" w:hAnsi="Arial" w:cs="Arial"/>
          <w:sz w:val="24"/>
          <w:szCs w:val="24"/>
        </w:rPr>
        <w:t xml:space="preserve"> se </w:t>
      </w:r>
      <w:proofErr w:type="spellStart"/>
      <w:r w:rsidRPr="000C4192">
        <w:rPr>
          <w:rFonts w:ascii="Arial" w:hAnsi="Arial" w:cs="Arial"/>
          <w:sz w:val="24"/>
          <w:szCs w:val="24"/>
        </w:rPr>
        <w:t>uz</w:t>
      </w:r>
      <w:proofErr w:type="spellEnd"/>
      <w:r w:rsidRPr="000C41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C4192">
        <w:rPr>
          <w:rFonts w:ascii="Arial" w:hAnsi="Arial" w:cs="Arial"/>
          <w:sz w:val="24"/>
          <w:szCs w:val="24"/>
        </w:rPr>
        <w:t>stvarni</w:t>
      </w:r>
      <w:proofErr w:type="spellEnd"/>
      <w:r w:rsidRPr="000C41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C4192">
        <w:rPr>
          <w:rFonts w:ascii="Arial" w:hAnsi="Arial" w:cs="Arial"/>
          <w:sz w:val="24"/>
          <w:szCs w:val="24"/>
        </w:rPr>
        <w:t>nastup</w:t>
      </w:r>
      <w:proofErr w:type="spellEnd"/>
      <w:r w:rsidRPr="000C4192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0C4192">
        <w:rPr>
          <w:rFonts w:ascii="Arial" w:hAnsi="Arial" w:cs="Arial"/>
          <w:sz w:val="24"/>
          <w:szCs w:val="24"/>
        </w:rPr>
        <w:t>nacionalnu</w:t>
      </w:r>
      <w:proofErr w:type="spellEnd"/>
      <w:r w:rsidRPr="000C41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C4192">
        <w:rPr>
          <w:rFonts w:ascii="Arial" w:hAnsi="Arial" w:cs="Arial"/>
          <w:sz w:val="24"/>
          <w:szCs w:val="24"/>
        </w:rPr>
        <w:t>reprezentaciju</w:t>
      </w:r>
      <w:proofErr w:type="spellEnd"/>
      <w:r w:rsidRPr="000C41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C4192">
        <w:rPr>
          <w:rFonts w:ascii="Arial" w:hAnsi="Arial" w:cs="Arial"/>
          <w:sz w:val="24"/>
          <w:szCs w:val="24"/>
        </w:rPr>
        <w:t>Republike</w:t>
      </w:r>
      <w:proofErr w:type="spellEnd"/>
      <w:r w:rsidRPr="000C41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C4192">
        <w:rPr>
          <w:rFonts w:ascii="Arial" w:hAnsi="Arial" w:cs="Arial"/>
          <w:sz w:val="24"/>
          <w:szCs w:val="24"/>
        </w:rPr>
        <w:t>Hrvatske</w:t>
      </w:r>
      <w:proofErr w:type="spellEnd"/>
      <w:r w:rsidRPr="000C4192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0C4192">
        <w:rPr>
          <w:rFonts w:ascii="Arial" w:hAnsi="Arial" w:cs="Arial"/>
          <w:sz w:val="24"/>
          <w:szCs w:val="24"/>
        </w:rPr>
        <w:t>Sportaš</w:t>
      </w:r>
      <w:proofErr w:type="spellEnd"/>
      <w:r w:rsidRPr="000C4192">
        <w:rPr>
          <w:rFonts w:ascii="Arial" w:hAnsi="Arial" w:cs="Arial"/>
          <w:sz w:val="24"/>
          <w:szCs w:val="24"/>
        </w:rPr>
        <w:t xml:space="preserve"> mora </w:t>
      </w:r>
      <w:proofErr w:type="spellStart"/>
      <w:r w:rsidRPr="000C4192">
        <w:rPr>
          <w:rFonts w:ascii="Arial" w:hAnsi="Arial" w:cs="Arial"/>
          <w:sz w:val="24"/>
          <w:szCs w:val="24"/>
        </w:rPr>
        <w:t>biti</w:t>
      </w:r>
      <w:proofErr w:type="spellEnd"/>
      <w:r w:rsidRPr="000C41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C4192">
        <w:rPr>
          <w:rFonts w:ascii="Arial" w:hAnsi="Arial" w:cs="Arial"/>
          <w:sz w:val="24"/>
          <w:szCs w:val="24"/>
        </w:rPr>
        <w:t>pozvan</w:t>
      </w:r>
      <w:proofErr w:type="spellEnd"/>
      <w:r w:rsidRPr="000C4192">
        <w:rPr>
          <w:rFonts w:ascii="Arial" w:hAnsi="Arial" w:cs="Arial"/>
          <w:sz w:val="24"/>
          <w:szCs w:val="24"/>
        </w:rPr>
        <w:t xml:space="preserve"> od </w:t>
      </w:r>
      <w:proofErr w:type="spellStart"/>
      <w:r w:rsidRPr="000C4192">
        <w:rPr>
          <w:rFonts w:ascii="Arial" w:hAnsi="Arial" w:cs="Arial"/>
          <w:sz w:val="24"/>
          <w:szCs w:val="24"/>
        </w:rPr>
        <w:t>nadležnog</w:t>
      </w:r>
      <w:proofErr w:type="spellEnd"/>
      <w:r w:rsidRPr="000C41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C4192">
        <w:rPr>
          <w:rFonts w:ascii="Arial" w:hAnsi="Arial" w:cs="Arial"/>
          <w:sz w:val="24"/>
          <w:szCs w:val="24"/>
        </w:rPr>
        <w:t>nacionalnog</w:t>
      </w:r>
      <w:proofErr w:type="spellEnd"/>
      <w:r w:rsidRPr="000C41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C4192">
        <w:rPr>
          <w:rFonts w:ascii="Arial" w:hAnsi="Arial" w:cs="Arial"/>
          <w:sz w:val="24"/>
          <w:szCs w:val="24"/>
        </w:rPr>
        <w:t>sportskog</w:t>
      </w:r>
      <w:proofErr w:type="spellEnd"/>
      <w:r w:rsidRPr="000C41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C4192">
        <w:rPr>
          <w:rFonts w:ascii="Arial" w:hAnsi="Arial" w:cs="Arial"/>
          <w:sz w:val="24"/>
          <w:szCs w:val="24"/>
        </w:rPr>
        <w:t>saveza</w:t>
      </w:r>
      <w:proofErr w:type="spellEnd"/>
      <w:r w:rsidRPr="000C41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C4192">
        <w:rPr>
          <w:rFonts w:ascii="Arial" w:hAnsi="Arial" w:cs="Arial"/>
          <w:sz w:val="24"/>
          <w:szCs w:val="24"/>
        </w:rPr>
        <w:t>te</w:t>
      </w:r>
      <w:proofErr w:type="spellEnd"/>
      <w:r w:rsidRPr="000C4192">
        <w:rPr>
          <w:rFonts w:ascii="Arial" w:hAnsi="Arial" w:cs="Arial"/>
          <w:sz w:val="24"/>
          <w:szCs w:val="24"/>
        </w:rPr>
        <w:t xml:space="preserve"> u </w:t>
      </w:r>
      <w:proofErr w:type="spellStart"/>
      <w:r w:rsidRPr="000C4192">
        <w:rPr>
          <w:rFonts w:ascii="Arial" w:hAnsi="Arial" w:cs="Arial"/>
          <w:sz w:val="24"/>
          <w:szCs w:val="24"/>
        </w:rPr>
        <w:t>okviru</w:t>
      </w:r>
      <w:proofErr w:type="spellEnd"/>
      <w:r w:rsidRPr="000C41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C4192">
        <w:rPr>
          <w:rFonts w:ascii="Arial" w:hAnsi="Arial" w:cs="Arial"/>
          <w:sz w:val="24"/>
          <w:szCs w:val="24"/>
        </w:rPr>
        <w:t>tog</w:t>
      </w:r>
      <w:proofErr w:type="spellEnd"/>
      <w:r w:rsidRPr="000C41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C4192">
        <w:rPr>
          <w:rFonts w:ascii="Arial" w:hAnsi="Arial" w:cs="Arial"/>
          <w:sz w:val="24"/>
          <w:szCs w:val="24"/>
        </w:rPr>
        <w:t>poziva</w:t>
      </w:r>
      <w:proofErr w:type="spellEnd"/>
      <w:r w:rsidRPr="000C41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C4192">
        <w:rPr>
          <w:rFonts w:ascii="Arial" w:hAnsi="Arial" w:cs="Arial"/>
          <w:sz w:val="24"/>
          <w:szCs w:val="24"/>
        </w:rPr>
        <w:t>ostvariti</w:t>
      </w:r>
      <w:proofErr w:type="spellEnd"/>
      <w:r w:rsidRPr="000C41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C4192">
        <w:rPr>
          <w:rFonts w:ascii="Arial" w:hAnsi="Arial" w:cs="Arial"/>
          <w:sz w:val="24"/>
          <w:szCs w:val="24"/>
        </w:rPr>
        <w:t>najmanje</w:t>
      </w:r>
      <w:proofErr w:type="spellEnd"/>
      <w:r w:rsidRPr="000C41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C4192">
        <w:rPr>
          <w:rFonts w:ascii="Arial" w:hAnsi="Arial" w:cs="Arial"/>
          <w:sz w:val="24"/>
          <w:szCs w:val="24"/>
        </w:rPr>
        <w:t>jedan</w:t>
      </w:r>
      <w:proofErr w:type="spellEnd"/>
      <w:r w:rsidRPr="000C41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C4192">
        <w:rPr>
          <w:rFonts w:ascii="Arial" w:hAnsi="Arial" w:cs="Arial"/>
          <w:sz w:val="24"/>
          <w:szCs w:val="24"/>
        </w:rPr>
        <w:t>službeni</w:t>
      </w:r>
      <w:proofErr w:type="spellEnd"/>
      <w:r w:rsidRPr="000C41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C4192">
        <w:rPr>
          <w:rFonts w:ascii="Arial" w:hAnsi="Arial" w:cs="Arial"/>
          <w:sz w:val="24"/>
          <w:szCs w:val="24"/>
        </w:rPr>
        <w:t>nastup</w:t>
      </w:r>
      <w:proofErr w:type="spellEnd"/>
      <w:r w:rsidRPr="000C41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C4192">
        <w:rPr>
          <w:rFonts w:ascii="Arial" w:hAnsi="Arial" w:cs="Arial"/>
          <w:sz w:val="24"/>
          <w:szCs w:val="24"/>
        </w:rPr>
        <w:t>odnosno</w:t>
      </w:r>
      <w:proofErr w:type="spellEnd"/>
      <w:r w:rsidRPr="000C41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C4192">
        <w:rPr>
          <w:rFonts w:ascii="Arial" w:hAnsi="Arial" w:cs="Arial"/>
          <w:sz w:val="24"/>
          <w:szCs w:val="24"/>
        </w:rPr>
        <w:t>sudjelovati</w:t>
      </w:r>
      <w:proofErr w:type="spellEnd"/>
      <w:r w:rsidRPr="000C41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C4192">
        <w:rPr>
          <w:rFonts w:ascii="Arial" w:hAnsi="Arial" w:cs="Arial"/>
          <w:sz w:val="24"/>
          <w:szCs w:val="24"/>
        </w:rPr>
        <w:t>na</w:t>
      </w:r>
      <w:proofErr w:type="spellEnd"/>
      <w:r w:rsidRPr="000C41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C4192">
        <w:rPr>
          <w:rFonts w:ascii="Arial" w:hAnsi="Arial" w:cs="Arial"/>
          <w:sz w:val="24"/>
          <w:szCs w:val="24"/>
        </w:rPr>
        <w:t>službenom</w:t>
      </w:r>
      <w:proofErr w:type="spellEnd"/>
      <w:r w:rsidRPr="000C41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C4192">
        <w:rPr>
          <w:rFonts w:ascii="Arial" w:hAnsi="Arial" w:cs="Arial"/>
          <w:sz w:val="24"/>
          <w:szCs w:val="24"/>
        </w:rPr>
        <w:t>međunarodnom</w:t>
      </w:r>
      <w:proofErr w:type="spellEnd"/>
      <w:r w:rsidRPr="000C41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C4192">
        <w:rPr>
          <w:rFonts w:ascii="Arial" w:hAnsi="Arial" w:cs="Arial"/>
          <w:sz w:val="24"/>
          <w:szCs w:val="24"/>
        </w:rPr>
        <w:t>natjecanju</w:t>
      </w:r>
      <w:proofErr w:type="spellEnd"/>
      <w:r w:rsidRPr="000C4192">
        <w:rPr>
          <w:rFonts w:ascii="Arial" w:hAnsi="Arial" w:cs="Arial"/>
          <w:sz w:val="24"/>
          <w:szCs w:val="24"/>
        </w:rPr>
        <w:t xml:space="preserve">. Samo </w:t>
      </w:r>
      <w:proofErr w:type="spellStart"/>
      <w:r w:rsidRPr="000C4192">
        <w:rPr>
          <w:rFonts w:ascii="Arial" w:hAnsi="Arial" w:cs="Arial"/>
          <w:sz w:val="24"/>
          <w:szCs w:val="24"/>
        </w:rPr>
        <w:t>uvrštenje</w:t>
      </w:r>
      <w:proofErr w:type="spellEnd"/>
      <w:r w:rsidRPr="000C41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C4192">
        <w:rPr>
          <w:rFonts w:ascii="Arial" w:hAnsi="Arial" w:cs="Arial"/>
          <w:sz w:val="24"/>
          <w:szCs w:val="24"/>
        </w:rPr>
        <w:t>na</w:t>
      </w:r>
      <w:proofErr w:type="spellEnd"/>
      <w:r w:rsidRPr="000C41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C4192">
        <w:rPr>
          <w:rFonts w:ascii="Arial" w:hAnsi="Arial" w:cs="Arial"/>
          <w:sz w:val="24"/>
          <w:szCs w:val="24"/>
        </w:rPr>
        <w:t>širi</w:t>
      </w:r>
      <w:proofErr w:type="spellEnd"/>
      <w:r w:rsidRPr="000C41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C4192">
        <w:rPr>
          <w:rFonts w:ascii="Arial" w:hAnsi="Arial" w:cs="Arial"/>
          <w:sz w:val="24"/>
          <w:szCs w:val="24"/>
        </w:rPr>
        <w:t>popis</w:t>
      </w:r>
      <w:proofErr w:type="spellEnd"/>
      <w:r w:rsidRPr="000C41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C4192">
        <w:rPr>
          <w:rFonts w:ascii="Arial" w:hAnsi="Arial" w:cs="Arial"/>
          <w:sz w:val="24"/>
          <w:szCs w:val="24"/>
        </w:rPr>
        <w:t>reprezentacije</w:t>
      </w:r>
      <w:proofErr w:type="spellEnd"/>
      <w:r w:rsidRPr="000C4192">
        <w:rPr>
          <w:rFonts w:ascii="Arial" w:hAnsi="Arial" w:cs="Arial"/>
          <w:sz w:val="24"/>
          <w:szCs w:val="24"/>
        </w:rPr>
        <w:t xml:space="preserve">, bez </w:t>
      </w:r>
      <w:proofErr w:type="spellStart"/>
      <w:r w:rsidRPr="000C4192">
        <w:rPr>
          <w:rFonts w:ascii="Arial" w:hAnsi="Arial" w:cs="Arial"/>
          <w:sz w:val="24"/>
          <w:szCs w:val="24"/>
        </w:rPr>
        <w:t>stvarnog</w:t>
      </w:r>
      <w:proofErr w:type="spellEnd"/>
      <w:r w:rsidRPr="000C41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C4192">
        <w:rPr>
          <w:rFonts w:ascii="Arial" w:hAnsi="Arial" w:cs="Arial"/>
          <w:sz w:val="24"/>
          <w:szCs w:val="24"/>
        </w:rPr>
        <w:t>nastupa</w:t>
      </w:r>
      <w:proofErr w:type="spellEnd"/>
      <w:r w:rsidRPr="000C41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C4192">
        <w:rPr>
          <w:rFonts w:ascii="Arial" w:hAnsi="Arial" w:cs="Arial"/>
          <w:sz w:val="24"/>
          <w:szCs w:val="24"/>
        </w:rPr>
        <w:t>ili</w:t>
      </w:r>
      <w:proofErr w:type="spellEnd"/>
      <w:r w:rsidRPr="000C41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C4192">
        <w:rPr>
          <w:rFonts w:ascii="Arial" w:hAnsi="Arial" w:cs="Arial"/>
          <w:sz w:val="24"/>
          <w:szCs w:val="24"/>
        </w:rPr>
        <w:t>sudjelovanja</w:t>
      </w:r>
      <w:proofErr w:type="spellEnd"/>
      <w:r w:rsidRPr="000C4192">
        <w:rPr>
          <w:rFonts w:ascii="Arial" w:hAnsi="Arial" w:cs="Arial"/>
          <w:sz w:val="24"/>
          <w:szCs w:val="24"/>
        </w:rPr>
        <w:t xml:space="preserve">, ne </w:t>
      </w:r>
      <w:proofErr w:type="spellStart"/>
      <w:r w:rsidRPr="000C4192">
        <w:rPr>
          <w:rFonts w:ascii="Arial" w:hAnsi="Arial" w:cs="Arial"/>
          <w:sz w:val="24"/>
          <w:szCs w:val="24"/>
        </w:rPr>
        <w:t>predstavlja</w:t>
      </w:r>
      <w:proofErr w:type="spellEnd"/>
      <w:r w:rsidRPr="000C41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C4192">
        <w:rPr>
          <w:rFonts w:ascii="Arial" w:hAnsi="Arial" w:cs="Arial"/>
          <w:sz w:val="24"/>
          <w:szCs w:val="24"/>
        </w:rPr>
        <w:t>osnovu</w:t>
      </w:r>
      <w:proofErr w:type="spellEnd"/>
      <w:r w:rsidRPr="000C4192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0C4192">
        <w:rPr>
          <w:rFonts w:ascii="Arial" w:hAnsi="Arial" w:cs="Arial"/>
          <w:sz w:val="24"/>
          <w:szCs w:val="24"/>
        </w:rPr>
        <w:t>ostvarivanje</w:t>
      </w:r>
      <w:proofErr w:type="spellEnd"/>
      <w:r w:rsidRPr="000C41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C4192">
        <w:rPr>
          <w:rFonts w:ascii="Arial" w:hAnsi="Arial" w:cs="Arial"/>
          <w:sz w:val="24"/>
          <w:szCs w:val="24"/>
        </w:rPr>
        <w:t>prava</w:t>
      </w:r>
      <w:proofErr w:type="spellEnd"/>
      <w:r w:rsidRPr="000C41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C4192">
        <w:rPr>
          <w:rFonts w:ascii="Arial" w:hAnsi="Arial" w:cs="Arial"/>
          <w:sz w:val="24"/>
          <w:szCs w:val="24"/>
        </w:rPr>
        <w:t>na</w:t>
      </w:r>
      <w:proofErr w:type="spellEnd"/>
      <w:r w:rsidRPr="000C41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C4192">
        <w:rPr>
          <w:rFonts w:ascii="Arial" w:hAnsi="Arial" w:cs="Arial"/>
          <w:sz w:val="24"/>
          <w:szCs w:val="24"/>
        </w:rPr>
        <w:t>naknadu</w:t>
      </w:r>
      <w:proofErr w:type="spellEnd"/>
      <w:r w:rsidRPr="000C4192">
        <w:rPr>
          <w:rFonts w:ascii="Arial" w:hAnsi="Arial" w:cs="Arial"/>
          <w:sz w:val="24"/>
          <w:szCs w:val="24"/>
        </w:rPr>
        <w:t>.</w:t>
      </w:r>
    </w:p>
    <w:p w14:paraId="604615C3" w14:textId="77777777" w:rsidR="000C4192" w:rsidRPr="000C4192" w:rsidRDefault="000C4192" w:rsidP="000C4192">
      <w:pPr>
        <w:jc w:val="both"/>
        <w:rPr>
          <w:rFonts w:ascii="Arial" w:hAnsi="Arial" w:cs="Arial"/>
          <w:sz w:val="24"/>
          <w:szCs w:val="24"/>
        </w:rPr>
      </w:pPr>
      <w:r w:rsidRPr="000C4192">
        <w:rPr>
          <w:rFonts w:ascii="Arial" w:hAnsi="Arial" w:cs="Arial"/>
          <w:sz w:val="24"/>
          <w:szCs w:val="24"/>
        </w:rPr>
        <w:t xml:space="preserve">Radi </w:t>
      </w:r>
      <w:proofErr w:type="spellStart"/>
      <w:r w:rsidRPr="000C4192">
        <w:rPr>
          <w:rFonts w:ascii="Arial" w:hAnsi="Arial" w:cs="Arial"/>
          <w:sz w:val="24"/>
          <w:szCs w:val="24"/>
        </w:rPr>
        <w:t>jasnijeg</w:t>
      </w:r>
      <w:proofErr w:type="spellEnd"/>
      <w:r w:rsidRPr="000C41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C4192">
        <w:rPr>
          <w:rFonts w:ascii="Arial" w:hAnsi="Arial" w:cs="Arial"/>
          <w:sz w:val="24"/>
          <w:szCs w:val="24"/>
        </w:rPr>
        <w:t>određivanja</w:t>
      </w:r>
      <w:proofErr w:type="spellEnd"/>
      <w:r w:rsidRPr="000C41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C4192">
        <w:rPr>
          <w:rFonts w:ascii="Arial" w:hAnsi="Arial" w:cs="Arial"/>
          <w:sz w:val="24"/>
          <w:szCs w:val="24"/>
        </w:rPr>
        <w:t>osnove</w:t>
      </w:r>
      <w:proofErr w:type="spellEnd"/>
      <w:r w:rsidRPr="000C4192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0C4192">
        <w:rPr>
          <w:rFonts w:ascii="Arial" w:hAnsi="Arial" w:cs="Arial"/>
          <w:sz w:val="24"/>
          <w:szCs w:val="24"/>
        </w:rPr>
        <w:t>isplatu</w:t>
      </w:r>
      <w:proofErr w:type="spellEnd"/>
      <w:r w:rsidRPr="000C41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C4192">
        <w:rPr>
          <w:rFonts w:ascii="Arial" w:hAnsi="Arial" w:cs="Arial"/>
          <w:sz w:val="24"/>
          <w:szCs w:val="24"/>
        </w:rPr>
        <w:t>uvodi</w:t>
      </w:r>
      <w:proofErr w:type="spellEnd"/>
      <w:r w:rsidRPr="000C4192">
        <w:rPr>
          <w:rFonts w:ascii="Arial" w:hAnsi="Arial" w:cs="Arial"/>
          <w:sz w:val="24"/>
          <w:szCs w:val="24"/>
        </w:rPr>
        <w:t xml:space="preserve"> se </w:t>
      </w:r>
      <w:proofErr w:type="spellStart"/>
      <w:r w:rsidRPr="000C4192">
        <w:rPr>
          <w:rFonts w:ascii="Arial" w:hAnsi="Arial" w:cs="Arial"/>
          <w:sz w:val="24"/>
          <w:szCs w:val="24"/>
        </w:rPr>
        <w:t>pojam</w:t>
      </w:r>
      <w:proofErr w:type="spellEnd"/>
      <w:r w:rsidRPr="000C41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C4192">
        <w:rPr>
          <w:rFonts w:ascii="Arial" w:hAnsi="Arial" w:cs="Arial"/>
          <w:sz w:val="24"/>
          <w:szCs w:val="24"/>
        </w:rPr>
        <w:t>reprezentativnog</w:t>
      </w:r>
      <w:proofErr w:type="spellEnd"/>
      <w:r w:rsidRPr="000C41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C4192">
        <w:rPr>
          <w:rFonts w:ascii="Arial" w:hAnsi="Arial" w:cs="Arial"/>
          <w:sz w:val="24"/>
          <w:szCs w:val="24"/>
        </w:rPr>
        <w:t>ciklusa</w:t>
      </w:r>
      <w:proofErr w:type="spellEnd"/>
      <w:r w:rsidRPr="000C4192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0C4192">
        <w:rPr>
          <w:rFonts w:ascii="Arial" w:hAnsi="Arial" w:cs="Arial"/>
          <w:sz w:val="24"/>
          <w:szCs w:val="24"/>
        </w:rPr>
        <w:t>Više</w:t>
      </w:r>
      <w:proofErr w:type="spellEnd"/>
      <w:r w:rsidRPr="000C41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C4192">
        <w:rPr>
          <w:rFonts w:ascii="Arial" w:hAnsi="Arial" w:cs="Arial"/>
          <w:sz w:val="24"/>
          <w:szCs w:val="24"/>
        </w:rPr>
        <w:t>priprema</w:t>
      </w:r>
      <w:proofErr w:type="spellEnd"/>
      <w:r w:rsidRPr="000C4192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0C4192">
        <w:rPr>
          <w:rFonts w:ascii="Arial" w:hAnsi="Arial" w:cs="Arial"/>
          <w:sz w:val="24"/>
          <w:szCs w:val="24"/>
        </w:rPr>
        <w:t>utakmica</w:t>
      </w:r>
      <w:proofErr w:type="spellEnd"/>
      <w:r w:rsidRPr="000C41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C4192">
        <w:rPr>
          <w:rFonts w:ascii="Arial" w:hAnsi="Arial" w:cs="Arial"/>
          <w:sz w:val="24"/>
          <w:szCs w:val="24"/>
        </w:rPr>
        <w:t>ili</w:t>
      </w:r>
      <w:proofErr w:type="spellEnd"/>
      <w:r w:rsidRPr="000C41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C4192">
        <w:rPr>
          <w:rFonts w:ascii="Arial" w:hAnsi="Arial" w:cs="Arial"/>
          <w:sz w:val="24"/>
          <w:szCs w:val="24"/>
        </w:rPr>
        <w:t>nastupa</w:t>
      </w:r>
      <w:proofErr w:type="spellEnd"/>
      <w:r w:rsidRPr="000C41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C4192">
        <w:rPr>
          <w:rFonts w:ascii="Arial" w:hAnsi="Arial" w:cs="Arial"/>
          <w:sz w:val="24"/>
          <w:szCs w:val="24"/>
        </w:rPr>
        <w:t>obuhvaćenih</w:t>
      </w:r>
      <w:proofErr w:type="spellEnd"/>
      <w:r w:rsidRPr="000C41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C4192">
        <w:rPr>
          <w:rFonts w:ascii="Arial" w:hAnsi="Arial" w:cs="Arial"/>
          <w:sz w:val="24"/>
          <w:szCs w:val="24"/>
        </w:rPr>
        <w:t>istim</w:t>
      </w:r>
      <w:proofErr w:type="spellEnd"/>
      <w:r w:rsidRPr="000C41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C4192">
        <w:rPr>
          <w:rFonts w:ascii="Arial" w:hAnsi="Arial" w:cs="Arial"/>
          <w:sz w:val="24"/>
          <w:szCs w:val="24"/>
        </w:rPr>
        <w:t>pozivom</w:t>
      </w:r>
      <w:proofErr w:type="spellEnd"/>
      <w:r w:rsidRPr="000C41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C4192">
        <w:rPr>
          <w:rFonts w:ascii="Arial" w:hAnsi="Arial" w:cs="Arial"/>
          <w:sz w:val="24"/>
          <w:szCs w:val="24"/>
        </w:rPr>
        <w:t>odnosno</w:t>
      </w:r>
      <w:proofErr w:type="spellEnd"/>
      <w:r w:rsidRPr="000C41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C4192">
        <w:rPr>
          <w:rFonts w:ascii="Arial" w:hAnsi="Arial" w:cs="Arial"/>
          <w:sz w:val="24"/>
          <w:szCs w:val="24"/>
        </w:rPr>
        <w:t>povezanih</w:t>
      </w:r>
      <w:proofErr w:type="spellEnd"/>
      <w:r w:rsidRPr="000C4192">
        <w:rPr>
          <w:rFonts w:ascii="Arial" w:hAnsi="Arial" w:cs="Arial"/>
          <w:sz w:val="24"/>
          <w:szCs w:val="24"/>
        </w:rPr>
        <w:t xml:space="preserve"> s </w:t>
      </w:r>
      <w:proofErr w:type="spellStart"/>
      <w:r w:rsidRPr="000C4192">
        <w:rPr>
          <w:rFonts w:ascii="Arial" w:hAnsi="Arial" w:cs="Arial"/>
          <w:sz w:val="24"/>
          <w:szCs w:val="24"/>
        </w:rPr>
        <w:t>istim</w:t>
      </w:r>
      <w:proofErr w:type="spellEnd"/>
      <w:r w:rsidRPr="000C41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C4192">
        <w:rPr>
          <w:rFonts w:ascii="Arial" w:hAnsi="Arial" w:cs="Arial"/>
          <w:sz w:val="24"/>
          <w:szCs w:val="24"/>
        </w:rPr>
        <w:t>natjecanjem</w:t>
      </w:r>
      <w:proofErr w:type="spellEnd"/>
      <w:r w:rsidRPr="000C41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C4192">
        <w:rPr>
          <w:rFonts w:ascii="Arial" w:hAnsi="Arial" w:cs="Arial"/>
          <w:sz w:val="24"/>
          <w:szCs w:val="24"/>
        </w:rPr>
        <w:t>ili</w:t>
      </w:r>
      <w:proofErr w:type="spellEnd"/>
      <w:r w:rsidRPr="000C41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C4192">
        <w:rPr>
          <w:rFonts w:ascii="Arial" w:hAnsi="Arial" w:cs="Arial"/>
          <w:sz w:val="24"/>
          <w:szCs w:val="24"/>
        </w:rPr>
        <w:t>pripremnim</w:t>
      </w:r>
      <w:proofErr w:type="spellEnd"/>
      <w:r w:rsidRPr="000C41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C4192">
        <w:rPr>
          <w:rFonts w:ascii="Arial" w:hAnsi="Arial" w:cs="Arial"/>
          <w:sz w:val="24"/>
          <w:szCs w:val="24"/>
        </w:rPr>
        <w:t>razdobljem</w:t>
      </w:r>
      <w:proofErr w:type="spellEnd"/>
      <w:r w:rsidRPr="000C41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C4192">
        <w:rPr>
          <w:rFonts w:ascii="Arial" w:hAnsi="Arial" w:cs="Arial"/>
          <w:sz w:val="24"/>
          <w:szCs w:val="24"/>
        </w:rPr>
        <w:t>smatra</w:t>
      </w:r>
      <w:proofErr w:type="spellEnd"/>
      <w:r w:rsidRPr="000C4192">
        <w:rPr>
          <w:rFonts w:ascii="Arial" w:hAnsi="Arial" w:cs="Arial"/>
          <w:sz w:val="24"/>
          <w:szCs w:val="24"/>
        </w:rPr>
        <w:t xml:space="preserve"> se </w:t>
      </w:r>
      <w:proofErr w:type="spellStart"/>
      <w:r w:rsidRPr="000C4192">
        <w:rPr>
          <w:rFonts w:ascii="Arial" w:hAnsi="Arial" w:cs="Arial"/>
          <w:sz w:val="24"/>
          <w:szCs w:val="24"/>
        </w:rPr>
        <w:t>jednim</w:t>
      </w:r>
      <w:proofErr w:type="spellEnd"/>
      <w:r w:rsidRPr="000C41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C4192">
        <w:rPr>
          <w:rFonts w:ascii="Arial" w:hAnsi="Arial" w:cs="Arial"/>
          <w:sz w:val="24"/>
          <w:szCs w:val="24"/>
        </w:rPr>
        <w:t>reprezentativnim</w:t>
      </w:r>
      <w:proofErr w:type="spellEnd"/>
      <w:r w:rsidRPr="000C41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C4192">
        <w:rPr>
          <w:rFonts w:ascii="Arial" w:hAnsi="Arial" w:cs="Arial"/>
          <w:sz w:val="24"/>
          <w:szCs w:val="24"/>
        </w:rPr>
        <w:t>ciklusom</w:t>
      </w:r>
      <w:proofErr w:type="spellEnd"/>
      <w:r w:rsidRPr="000C4192">
        <w:rPr>
          <w:rFonts w:ascii="Arial" w:hAnsi="Arial" w:cs="Arial"/>
          <w:sz w:val="24"/>
          <w:szCs w:val="24"/>
        </w:rPr>
        <w:t xml:space="preserve"> i </w:t>
      </w:r>
      <w:proofErr w:type="spellStart"/>
      <w:r w:rsidRPr="000C4192">
        <w:rPr>
          <w:rFonts w:ascii="Arial" w:hAnsi="Arial" w:cs="Arial"/>
          <w:sz w:val="24"/>
          <w:szCs w:val="24"/>
        </w:rPr>
        <w:t>jednom</w:t>
      </w:r>
      <w:proofErr w:type="spellEnd"/>
      <w:r w:rsidRPr="000C41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C4192">
        <w:rPr>
          <w:rFonts w:ascii="Arial" w:hAnsi="Arial" w:cs="Arial"/>
          <w:sz w:val="24"/>
          <w:szCs w:val="24"/>
        </w:rPr>
        <w:t>osnovom</w:t>
      </w:r>
      <w:proofErr w:type="spellEnd"/>
      <w:r w:rsidRPr="000C4192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0C4192">
        <w:rPr>
          <w:rFonts w:ascii="Arial" w:hAnsi="Arial" w:cs="Arial"/>
          <w:sz w:val="24"/>
          <w:szCs w:val="24"/>
        </w:rPr>
        <w:t>ostvarivanje</w:t>
      </w:r>
      <w:proofErr w:type="spellEnd"/>
      <w:r w:rsidRPr="000C41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C4192">
        <w:rPr>
          <w:rFonts w:ascii="Arial" w:hAnsi="Arial" w:cs="Arial"/>
          <w:sz w:val="24"/>
          <w:szCs w:val="24"/>
        </w:rPr>
        <w:t>naknade</w:t>
      </w:r>
      <w:proofErr w:type="spellEnd"/>
      <w:r w:rsidRPr="000C4192">
        <w:rPr>
          <w:rFonts w:ascii="Arial" w:hAnsi="Arial" w:cs="Arial"/>
          <w:sz w:val="24"/>
          <w:szCs w:val="24"/>
        </w:rPr>
        <w:t>.</w:t>
      </w:r>
    </w:p>
    <w:p w14:paraId="7BBDB77F" w14:textId="77777777" w:rsidR="000C4192" w:rsidRPr="000C4192" w:rsidRDefault="000C4192" w:rsidP="000C4192">
      <w:pPr>
        <w:jc w:val="both"/>
        <w:rPr>
          <w:rFonts w:ascii="Arial" w:hAnsi="Arial" w:cs="Arial"/>
          <w:sz w:val="24"/>
          <w:szCs w:val="24"/>
        </w:rPr>
      </w:pPr>
      <w:proofErr w:type="spellStart"/>
      <w:r w:rsidRPr="000C4192">
        <w:rPr>
          <w:rFonts w:ascii="Arial" w:hAnsi="Arial" w:cs="Arial"/>
          <w:sz w:val="24"/>
          <w:szCs w:val="24"/>
        </w:rPr>
        <w:t>Predlaže</w:t>
      </w:r>
      <w:proofErr w:type="spellEnd"/>
      <w:r w:rsidRPr="000C4192">
        <w:rPr>
          <w:rFonts w:ascii="Arial" w:hAnsi="Arial" w:cs="Arial"/>
          <w:sz w:val="24"/>
          <w:szCs w:val="24"/>
        </w:rPr>
        <w:t xml:space="preserve"> se </w:t>
      </w:r>
      <w:proofErr w:type="spellStart"/>
      <w:r w:rsidRPr="000C4192">
        <w:rPr>
          <w:rFonts w:ascii="Arial" w:hAnsi="Arial" w:cs="Arial"/>
          <w:sz w:val="24"/>
          <w:szCs w:val="24"/>
        </w:rPr>
        <w:t>i</w:t>
      </w:r>
      <w:proofErr w:type="spellEnd"/>
      <w:r w:rsidRPr="000C41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C4192">
        <w:rPr>
          <w:rFonts w:ascii="Arial" w:hAnsi="Arial" w:cs="Arial"/>
          <w:sz w:val="24"/>
          <w:szCs w:val="24"/>
        </w:rPr>
        <w:t>ukidanje</w:t>
      </w:r>
      <w:proofErr w:type="spellEnd"/>
      <w:r w:rsidRPr="000C41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C4192">
        <w:rPr>
          <w:rFonts w:ascii="Arial" w:hAnsi="Arial" w:cs="Arial"/>
          <w:sz w:val="24"/>
          <w:szCs w:val="24"/>
        </w:rPr>
        <w:t>dosadašnjeg</w:t>
      </w:r>
      <w:proofErr w:type="spellEnd"/>
      <w:r w:rsidRPr="000C41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C4192">
        <w:rPr>
          <w:rFonts w:ascii="Arial" w:hAnsi="Arial" w:cs="Arial"/>
          <w:sz w:val="24"/>
          <w:szCs w:val="24"/>
        </w:rPr>
        <w:t>razlikovanja</w:t>
      </w:r>
      <w:proofErr w:type="spellEnd"/>
      <w:r w:rsidRPr="000C41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C4192">
        <w:rPr>
          <w:rFonts w:ascii="Arial" w:hAnsi="Arial" w:cs="Arial"/>
          <w:sz w:val="24"/>
          <w:szCs w:val="24"/>
        </w:rPr>
        <w:t>visine</w:t>
      </w:r>
      <w:proofErr w:type="spellEnd"/>
      <w:r w:rsidRPr="000C41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C4192">
        <w:rPr>
          <w:rFonts w:ascii="Arial" w:hAnsi="Arial" w:cs="Arial"/>
          <w:sz w:val="24"/>
          <w:szCs w:val="24"/>
        </w:rPr>
        <w:t>naknade</w:t>
      </w:r>
      <w:proofErr w:type="spellEnd"/>
      <w:r w:rsidRPr="000C41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C4192">
        <w:rPr>
          <w:rFonts w:ascii="Arial" w:hAnsi="Arial" w:cs="Arial"/>
          <w:sz w:val="24"/>
          <w:szCs w:val="24"/>
        </w:rPr>
        <w:t>prema</w:t>
      </w:r>
      <w:proofErr w:type="spellEnd"/>
      <w:r w:rsidRPr="000C41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C4192">
        <w:rPr>
          <w:rFonts w:ascii="Arial" w:hAnsi="Arial" w:cs="Arial"/>
          <w:sz w:val="24"/>
          <w:szCs w:val="24"/>
        </w:rPr>
        <w:t>radnom</w:t>
      </w:r>
      <w:proofErr w:type="spellEnd"/>
      <w:r w:rsidRPr="000C4192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0C4192">
        <w:rPr>
          <w:rFonts w:ascii="Arial" w:hAnsi="Arial" w:cs="Arial"/>
          <w:sz w:val="24"/>
          <w:szCs w:val="24"/>
        </w:rPr>
        <w:t>školskom</w:t>
      </w:r>
      <w:proofErr w:type="spellEnd"/>
      <w:r w:rsidRPr="000C41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C4192">
        <w:rPr>
          <w:rFonts w:ascii="Arial" w:hAnsi="Arial" w:cs="Arial"/>
          <w:sz w:val="24"/>
          <w:szCs w:val="24"/>
        </w:rPr>
        <w:t>ili</w:t>
      </w:r>
      <w:proofErr w:type="spellEnd"/>
      <w:r w:rsidRPr="000C41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C4192">
        <w:rPr>
          <w:rFonts w:ascii="Arial" w:hAnsi="Arial" w:cs="Arial"/>
          <w:sz w:val="24"/>
          <w:szCs w:val="24"/>
        </w:rPr>
        <w:t>studentskom</w:t>
      </w:r>
      <w:proofErr w:type="spellEnd"/>
      <w:r w:rsidRPr="000C41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C4192">
        <w:rPr>
          <w:rFonts w:ascii="Arial" w:hAnsi="Arial" w:cs="Arial"/>
          <w:sz w:val="24"/>
          <w:szCs w:val="24"/>
        </w:rPr>
        <w:t>statusu</w:t>
      </w:r>
      <w:proofErr w:type="spellEnd"/>
      <w:r w:rsidRPr="000C41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C4192">
        <w:rPr>
          <w:rFonts w:ascii="Arial" w:hAnsi="Arial" w:cs="Arial"/>
          <w:sz w:val="24"/>
          <w:szCs w:val="24"/>
        </w:rPr>
        <w:t>sportaša</w:t>
      </w:r>
      <w:proofErr w:type="spellEnd"/>
      <w:r w:rsidRPr="000C4192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0C4192">
        <w:rPr>
          <w:rFonts w:ascii="Arial" w:hAnsi="Arial" w:cs="Arial"/>
          <w:sz w:val="24"/>
          <w:szCs w:val="24"/>
        </w:rPr>
        <w:t>Svrha</w:t>
      </w:r>
      <w:proofErr w:type="spellEnd"/>
      <w:r w:rsidRPr="000C41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C4192">
        <w:rPr>
          <w:rFonts w:ascii="Arial" w:hAnsi="Arial" w:cs="Arial"/>
          <w:sz w:val="24"/>
          <w:szCs w:val="24"/>
        </w:rPr>
        <w:t>jednokratne</w:t>
      </w:r>
      <w:proofErr w:type="spellEnd"/>
      <w:r w:rsidRPr="000C41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C4192">
        <w:rPr>
          <w:rFonts w:ascii="Arial" w:hAnsi="Arial" w:cs="Arial"/>
          <w:sz w:val="24"/>
          <w:szCs w:val="24"/>
        </w:rPr>
        <w:t>naknade</w:t>
      </w:r>
      <w:proofErr w:type="spellEnd"/>
      <w:r w:rsidRPr="000C41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C4192">
        <w:rPr>
          <w:rFonts w:ascii="Arial" w:hAnsi="Arial" w:cs="Arial"/>
          <w:sz w:val="24"/>
          <w:szCs w:val="24"/>
        </w:rPr>
        <w:t>nije</w:t>
      </w:r>
      <w:proofErr w:type="spellEnd"/>
      <w:r w:rsidRPr="000C41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C4192">
        <w:rPr>
          <w:rFonts w:ascii="Arial" w:hAnsi="Arial" w:cs="Arial"/>
          <w:sz w:val="24"/>
          <w:szCs w:val="24"/>
        </w:rPr>
        <w:t>socijalna</w:t>
      </w:r>
      <w:proofErr w:type="spellEnd"/>
      <w:r w:rsidRPr="000C41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C4192">
        <w:rPr>
          <w:rFonts w:ascii="Arial" w:hAnsi="Arial" w:cs="Arial"/>
          <w:sz w:val="24"/>
          <w:szCs w:val="24"/>
        </w:rPr>
        <w:t>potpora</w:t>
      </w:r>
      <w:proofErr w:type="spellEnd"/>
      <w:r w:rsidRPr="000C4192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0C4192">
        <w:rPr>
          <w:rFonts w:ascii="Arial" w:hAnsi="Arial" w:cs="Arial"/>
          <w:sz w:val="24"/>
          <w:szCs w:val="24"/>
        </w:rPr>
        <w:t>nego</w:t>
      </w:r>
      <w:proofErr w:type="spellEnd"/>
      <w:r w:rsidRPr="000C41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C4192">
        <w:rPr>
          <w:rFonts w:ascii="Arial" w:hAnsi="Arial" w:cs="Arial"/>
          <w:sz w:val="24"/>
          <w:szCs w:val="24"/>
        </w:rPr>
        <w:t>priznanje</w:t>
      </w:r>
      <w:proofErr w:type="spellEnd"/>
      <w:r w:rsidRPr="000C41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C4192">
        <w:rPr>
          <w:rFonts w:ascii="Arial" w:hAnsi="Arial" w:cs="Arial"/>
          <w:sz w:val="24"/>
          <w:szCs w:val="24"/>
        </w:rPr>
        <w:t>sportašu</w:t>
      </w:r>
      <w:proofErr w:type="spellEnd"/>
      <w:r w:rsidRPr="000C4192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0C4192">
        <w:rPr>
          <w:rFonts w:ascii="Arial" w:hAnsi="Arial" w:cs="Arial"/>
          <w:sz w:val="24"/>
          <w:szCs w:val="24"/>
        </w:rPr>
        <w:t>ostvareni</w:t>
      </w:r>
      <w:proofErr w:type="spellEnd"/>
      <w:r w:rsidRPr="000C41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C4192">
        <w:rPr>
          <w:rFonts w:ascii="Arial" w:hAnsi="Arial" w:cs="Arial"/>
          <w:sz w:val="24"/>
          <w:szCs w:val="24"/>
        </w:rPr>
        <w:t>nastup</w:t>
      </w:r>
      <w:proofErr w:type="spellEnd"/>
      <w:r w:rsidRPr="000C4192">
        <w:rPr>
          <w:rFonts w:ascii="Arial" w:hAnsi="Arial" w:cs="Arial"/>
          <w:sz w:val="24"/>
          <w:szCs w:val="24"/>
        </w:rPr>
        <w:t xml:space="preserve"> u </w:t>
      </w:r>
      <w:proofErr w:type="spellStart"/>
      <w:r w:rsidRPr="000C4192">
        <w:rPr>
          <w:rFonts w:ascii="Arial" w:hAnsi="Arial" w:cs="Arial"/>
          <w:sz w:val="24"/>
          <w:szCs w:val="24"/>
        </w:rPr>
        <w:t>nacionalnoj</w:t>
      </w:r>
      <w:proofErr w:type="spellEnd"/>
      <w:r w:rsidRPr="000C41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C4192">
        <w:rPr>
          <w:rFonts w:ascii="Arial" w:hAnsi="Arial" w:cs="Arial"/>
          <w:sz w:val="24"/>
          <w:szCs w:val="24"/>
        </w:rPr>
        <w:t>reprezentaciji</w:t>
      </w:r>
      <w:proofErr w:type="spellEnd"/>
      <w:r w:rsidRPr="000C41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C4192">
        <w:rPr>
          <w:rFonts w:ascii="Arial" w:hAnsi="Arial" w:cs="Arial"/>
          <w:sz w:val="24"/>
          <w:szCs w:val="24"/>
        </w:rPr>
        <w:t>Republike</w:t>
      </w:r>
      <w:proofErr w:type="spellEnd"/>
      <w:r w:rsidRPr="000C41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C4192">
        <w:rPr>
          <w:rFonts w:ascii="Arial" w:hAnsi="Arial" w:cs="Arial"/>
          <w:sz w:val="24"/>
          <w:szCs w:val="24"/>
        </w:rPr>
        <w:t>Hrvatske</w:t>
      </w:r>
      <w:proofErr w:type="spellEnd"/>
      <w:r w:rsidRPr="000C4192">
        <w:rPr>
          <w:rFonts w:ascii="Arial" w:hAnsi="Arial" w:cs="Arial"/>
          <w:sz w:val="24"/>
          <w:szCs w:val="24"/>
        </w:rPr>
        <w:t xml:space="preserve">, pa se </w:t>
      </w:r>
      <w:proofErr w:type="spellStart"/>
      <w:r w:rsidRPr="000C4192">
        <w:rPr>
          <w:rFonts w:ascii="Arial" w:hAnsi="Arial" w:cs="Arial"/>
          <w:sz w:val="24"/>
          <w:szCs w:val="24"/>
        </w:rPr>
        <w:t>predlaže</w:t>
      </w:r>
      <w:proofErr w:type="spellEnd"/>
      <w:r w:rsidRPr="000C4192">
        <w:rPr>
          <w:rFonts w:ascii="Arial" w:hAnsi="Arial" w:cs="Arial"/>
          <w:sz w:val="24"/>
          <w:szCs w:val="24"/>
        </w:rPr>
        <w:t xml:space="preserve"> da </w:t>
      </w:r>
      <w:proofErr w:type="spellStart"/>
      <w:r w:rsidRPr="000C4192">
        <w:rPr>
          <w:rFonts w:ascii="Arial" w:hAnsi="Arial" w:cs="Arial"/>
          <w:sz w:val="24"/>
          <w:szCs w:val="24"/>
        </w:rPr>
        <w:t>sportaši</w:t>
      </w:r>
      <w:proofErr w:type="spellEnd"/>
      <w:r w:rsidRPr="000C41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C4192">
        <w:rPr>
          <w:rFonts w:ascii="Arial" w:hAnsi="Arial" w:cs="Arial"/>
          <w:sz w:val="24"/>
          <w:szCs w:val="24"/>
        </w:rPr>
        <w:t>iste</w:t>
      </w:r>
      <w:proofErr w:type="spellEnd"/>
      <w:r w:rsidRPr="000C41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C4192">
        <w:rPr>
          <w:rFonts w:ascii="Arial" w:hAnsi="Arial" w:cs="Arial"/>
          <w:sz w:val="24"/>
          <w:szCs w:val="24"/>
        </w:rPr>
        <w:t>uzrasne</w:t>
      </w:r>
      <w:proofErr w:type="spellEnd"/>
      <w:r w:rsidRPr="000C41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C4192">
        <w:rPr>
          <w:rFonts w:ascii="Arial" w:hAnsi="Arial" w:cs="Arial"/>
          <w:sz w:val="24"/>
          <w:szCs w:val="24"/>
        </w:rPr>
        <w:t>kategorije</w:t>
      </w:r>
      <w:proofErr w:type="spellEnd"/>
      <w:r w:rsidRPr="000C41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C4192">
        <w:rPr>
          <w:rFonts w:ascii="Arial" w:hAnsi="Arial" w:cs="Arial"/>
          <w:sz w:val="24"/>
          <w:szCs w:val="24"/>
        </w:rPr>
        <w:t>ostvaruju</w:t>
      </w:r>
      <w:proofErr w:type="spellEnd"/>
      <w:r w:rsidRPr="000C41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C4192">
        <w:rPr>
          <w:rFonts w:ascii="Arial" w:hAnsi="Arial" w:cs="Arial"/>
          <w:sz w:val="24"/>
          <w:szCs w:val="24"/>
        </w:rPr>
        <w:t>jednaki</w:t>
      </w:r>
      <w:proofErr w:type="spellEnd"/>
      <w:r w:rsidRPr="000C41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C4192">
        <w:rPr>
          <w:rFonts w:ascii="Arial" w:hAnsi="Arial" w:cs="Arial"/>
          <w:sz w:val="24"/>
          <w:szCs w:val="24"/>
        </w:rPr>
        <w:t>iznos</w:t>
      </w:r>
      <w:proofErr w:type="spellEnd"/>
      <w:r w:rsidRPr="000C41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C4192">
        <w:rPr>
          <w:rFonts w:ascii="Arial" w:hAnsi="Arial" w:cs="Arial"/>
          <w:sz w:val="24"/>
          <w:szCs w:val="24"/>
        </w:rPr>
        <w:t>naknade</w:t>
      </w:r>
      <w:proofErr w:type="spellEnd"/>
      <w:r w:rsidRPr="000C4192">
        <w:rPr>
          <w:rFonts w:ascii="Arial" w:hAnsi="Arial" w:cs="Arial"/>
          <w:sz w:val="24"/>
          <w:szCs w:val="24"/>
        </w:rPr>
        <w:t>.</w:t>
      </w:r>
    </w:p>
    <w:p w14:paraId="3835854A" w14:textId="77777777" w:rsidR="000C4192" w:rsidRPr="000C4192" w:rsidRDefault="000C4192" w:rsidP="000C4192">
      <w:pPr>
        <w:jc w:val="both"/>
        <w:rPr>
          <w:rFonts w:ascii="Arial" w:hAnsi="Arial" w:cs="Arial"/>
          <w:sz w:val="24"/>
          <w:szCs w:val="24"/>
        </w:rPr>
      </w:pPr>
      <w:proofErr w:type="spellStart"/>
      <w:r w:rsidRPr="000C4192">
        <w:rPr>
          <w:rFonts w:ascii="Arial" w:hAnsi="Arial" w:cs="Arial"/>
          <w:sz w:val="24"/>
          <w:szCs w:val="24"/>
        </w:rPr>
        <w:t>Visina</w:t>
      </w:r>
      <w:proofErr w:type="spellEnd"/>
      <w:r w:rsidRPr="000C41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C4192">
        <w:rPr>
          <w:rFonts w:ascii="Arial" w:hAnsi="Arial" w:cs="Arial"/>
          <w:sz w:val="24"/>
          <w:szCs w:val="24"/>
        </w:rPr>
        <w:t>jednokratne</w:t>
      </w:r>
      <w:proofErr w:type="spellEnd"/>
      <w:r w:rsidRPr="000C41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C4192">
        <w:rPr>
          <w:rFonts w:ascii="Arial" w:hAnsi="Arial" w:cs="Arial"/>
          <w:sz w:val="24"/>
          <w:szCs w:val="24"/>
        </w:rPr>
        <w:t>naknade</w:t>
      </w:r>
      <w:proofErr w:type="spellEnd"/>
      <w:r w:rsidRPr="000C41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C4192">
        <w:rPr>
          <w:rFonts w:ascii="Arial" w:hAnsi="Arial" w:cs="Arial"/>
          <w:sz w:val="24"/>
          <w:szCs w:val="24"/>
        </w:rPr>
        <w:t>predlaže</w:t>
      </w:r>
      <w:proofErr w:type="spellEnd"/>
      <w:r w:rsidRPr="000C4192">
        <w:rPr>
          <w:rFonts w:ascii="Arial" w:hAnsi="Arial" w:cs="Arial"/>
          <w:sz w:val="24"/>
          <w:szCs w:val="24"/>
        </w:rPr>
        <w:t xml:space="preserve"> se </w:t>
      </w:r>
      <w:proofErr w:type="spellStart"/>
      <w:r w:rsidRPr="000C4192">
        <w:rPr>
          <w:rFonts w:ascii="Arial" w:hAnsi="Arial" w:cs="Arial"/>
          <w:sz w:val="24"/>
          <w:szCs w:val="24"/>
        </w:rPr>
        <w:t>prema</w:t>
      </w:r>
      <w:proofErr w:type="spellEnd"/>
      <w:r w:rsidRPr="000C41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C4192">
        <w:rPr>
          <w:rFonts w:ascii="Arial" w:hAnsi="Arial" w:cs="Arial"/>
          <w:sz w:val="24"/>
          <w:szCs w:val="24"/>
        </w:rPr>
        <w:t>uzrasnoj</w:t>
      </w:r>
      <w:proofErr w:type="spellEnd"/>
      <w:r w:rsidRPr="000C41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C4192">
        <w:rPr>
          <w:rFonts w:ascii="Arial" w:hAnsi="Arial" w:cs="Arial"/>
          <w:sz w:val="24"/>
          <w:szCs w:val="24"/>
        </w:rPr>
        <w:t>kategoriji</w:t>
      </w:r>
      <w:proofErr w:type="spellEnd"/>
      <w:r w:rsidRPr="000C4192">
        <w:rPr>
          <w:rFonts w:ascii="Arial" w:hAnsi="Arial" w:cs="Arial"/>
          <w:sz w:val="24"/>
          <w:szCs w:val="24"/>
        </w:rPr>
        <w:t xml:space="preserve">: 75,00 EUR za </w:t>
      </w:r>
      <w:proofErr w:type="spellStart"/>
      <w:r w:rsidRPr="000C4192">
        <w:rPr>
          <w:rFonts w:ascii="Arial" w:hAnsi="Arial" w:cs="Arial"/>
          <w:sz w:val="24"/>
          <w:szCs w:val="24"/>
        </w:rPr>
        <w:t>pionirsku</w:t>
      </w:r>
      <w:proofErr w:type="spellEnd"/>
      <w:r w:rsidRPr="000C4192">
        <w:rPr>
          <w:rFonts w:ascii="Arial" w:hAnsi="Arial" w:cs="Arial"/>
          <w:sz w:val="24"/>
          <w:szCs w:val="24"/>
        </w:rPr>
        <w:t xml:space="preserve">, 100,00 EUR za </w:t>
      </w:r>
      <w:proofErr w:type="spellStart"/>
      <w:r w:rsidRPr="000C4192">
        <w:rPr>
          <w:rFonts w:ascii="Arial" w:hAnsi="Arial" w:cs="Arial"/>
          <w:sz w:val="24"/>
          <w:szCs w:val="24"/>
        </w:rPr>
        <w:t>kadetsku</w:t>
      </w:r>
      <w:proofErr w:type="spellEnd"/>
      <w:r w:rsidRPr="000C4192">
        <w:rPr>
          <w:rFonts w:ascii="Arial" w:hAnsi="Arial" w:cs="Arial"/>
          <w:sz w:val="24"/>
          <w:szCs w:val="24"/>
        </w:rPr>
        <w:t xml:space="preserve">, 150,00 EUR za </w:t>
      </w:r>
      <w:proofErr w:type="spellStart"/>
      <w:r w:rsidRPr="000C4192">
        <w:rPr>
          <w:rFonts w:ascii="Arial" w:hAnsi="Arial" w:cs="Arial"/>
          <w:sz w:val="24"/>
          <w:szCs w:val="24"/>
        </w:rPr>
        <w:t>juniorsku</w:t>
      </w:r>
      <w:proofErr w:type="spellEnd"/>
      <w:r w:rsidRPr="000C4192">
        <w:rPr>
          <w:rFonts w:ascii="Arial" w:hAnsi="Arial" w:cs="Arial"/>
          <w:sz w:val="24"/>
          <w:szCs w:val="24"/>
        </w:rPr>
        <w:t xml:space="preserve"> i 200,00 EUR za </w:t>
      </w:r>
      <w:proofErr w:type="spellStart"/>
      <w:r w:rsidRPr="000C4192">
        <w:rPr>
          <w:rFonts w:ascii="Arial" w:hAnsi="Arial" w:cs="Arial"/>
          <w:sz w:val="24"/>
          <w:szCs w:val="24"/>
        </w:rPr>
        <w:t>seniorsku</w:t>
      </w:r>
      <w:proofErr w:type="spellEnd"/>
      <w:r w:rsidRPr="000C41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C4192">
        <w:rPr>
          <w:rFonts w:ascii="Arial" w:hAnsi="Arial" w:cs="Arial"/>
          <w:sz w:val="24"/>
          <w:szCs w:val="24"/>
        </w:rPr>
        <w:t>kategoriju</w:t>
      </w:r>
      <w:proofErr w:type="spellEnd"/>
      <w:r w:rsidRPr="000C4192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0C4192">
        <w:rPr>
          <w:rFonts w:ascii="Arial" w:hAnsi="Arial" w:cs="Arial"/>
          <w:sz w:val="24"/>
          <w:szCs w:val="24"/>
        </w:rPr>
        <w:t>Dosadašnji</w:t>
      </w:r>
      <w:proofErr w:type="spellEnd"/>
      <w:r w:rsidRPr="000C41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C4192">
        <w:rPr>
          <w:rFonts w:ascii="Arial" w:hAnsi="Arial" w:cs="Arial"/>
          <w:sz w:val="24"/>
          <w:szCs w:val="24"/>
        </w:rPr>
        <w:t>iznosi</w:t>
      </w:r>
      <w:proofErr w:type="spellEnd"/>
      <w:r w:rsidRPr="000C41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C4192">
        <w:rPr>
          <w:rFonts w:ascii="Arial" w:hAnsi="Arial" w:cs="Arial"/>
          <w:sz w:val="24"/>
          <w:szCs w:val="24"/>
        </w:rPr>
        <w:t>iznosili</w:t>
      </w:r>
      <w:proofErr w:type="spellEnd"/>
      <w:r w:rsidRPr="000C41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C4192">
        <w:rPr>
          <w:rFonts w:ascii="Arial" w:hAnsi="Arial" w:cs="Arial"/>
          <w:sz w:val="24"/>
          <w:szCs w:val="24"/>
        </w:rPr>
        <w:t>su</w:t>
      </w:r>
      <w:proofErr w:type="spellEnd"/>
      <w:r w:rsidRPr="000C4192">
        <w:rPr>
          <w:rFonts w:ascii="Arial" w:hAnsi="Arial" w:cs="Arial"/>
          <w:sz w:val="24"/>
          <w:szCs w:val="24"/>
        </w:rPr>
        <w:t xml:space="preserve"> 65,00 EUR za </w:t>
      </w:r>
      <w:proofErr w:type="spellStart"/>
      <w:r w:rsidRPr="000C4192">
        <w:rPr>
          <w:rFonts w:ascii="Arial" w:hAnsi="Arial" w:cs="Arial"/>
          <w:sz w:val="24"/>
          <w:szCs w:val="24"/>
        </w:rPr>
        <w:t>pionirsku</w:t>
      </w:r>
      <w:proofErr w:type="spellEnd"/>
      <w:r w:rsidRPr="000C41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C4192">
        <w:rPr>
          <w:rFonts w:ascii="Arial" w:hAnsi="Arial" w:cs="Arial"/>
          <w:sz w:val="24"/>
          <w:szCs w:val="24"/>
        </w:rPr>
        <w:t>i</w:t>
      </w:r>
      <w:proofErr w:type="spellEnd"/>
      <w:r w:rsidRPr="000C41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C4192">
        <w:rPr>
          <w:rFonts w:ascii="Arial" w:hAnsi="Arial" w:cs="Arial"/>
          <w:sz w:val="24"/>
          <w:szCs w:val="24"/>
        </w:rPr>
        <w:t>kadetsku</w:t>
      </w:r>
      <w:proofErr w:type="spellEnd"/>
      <w:r w:rsidRPr="000C4192">
        <w:rPr>
          <w:rFonts w:ascii="Arial" w:hAnsi="Arial" w:cs="Arial"/>
          <w:sz w:val="24"/>
          <w:szCs w:val="24"/>
        </w:rPr>
        <w:t xml:space="preserve">, 100,00 EUR za </w:t>
      </w:r>
      <w:proofErr w:type="spellStart"/>
      <w:r w:rsidRPr="000C4192">
        <w:rPr>
          <w:rFonts w:ascii="Arial" w:hAnsi="Arial" w:cs="Arial"/>
          <w:sz w:val="24"/>
          <w:szCs w:val="24"/>
        </w:rPr>
        <w:t>juniorsku</w:t>
      </w:r>
      <w:proofErr w:type="spellEnd"/>
      <w:r w:rsidRPr="000C41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C4192">
        <w:rPr>
          <w:rFonts w:ascii="Arial" w:hAnsi="Arial" w:cs="Arial"/>
          <w:sz w:val="24"/>
          <w:szCs w:val="24"/>
        </w:rPr>
        <w:t>te</w:t>
      </w:r>
      <w:proofErr w:type="spellEnd"/>
      <w:r w:rsidRPr="000C4192">
        <w:rPr>
          <w:rFonts w:ascii="Arial" w:hAnsi="Arial" w:cs="Arial"/>
          <w:sz w:val="24"/>
          <w:szCs w:val="24"/>
        </w:rPr>
        <w:t xml:space="preserve"> 130,00 EUR za </w:t>
      </w:r>
      <w:proofErr w:type="spellStart"/>
      <w:r w:rsidRPr="000C4192">
        <w:rPr>
          <w:rFonts w:ascii="Arial" w:hAnsi="Arial" w:cs="Arial"/>
          <w:sz w:val="24"/>
          <w:szCs w:val="24"/>
        </w:rPr>
        <w:t>seniorsku</w:t>
      </w:r>
      <w:proofErr w:type="spellEnd"/>
      <w:r w:rsidRPr="000C41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C4192">
        <w:rPr>
          <w:rFonts w:ascii="Arial" w:hAnsi="Arial" w:cs="Arial"/>
          <w:sz w:val="24"/>
          <w:szCs w:val="24"/>
        </w:rPr>
        <w:t>kategoriju</w:t>
      </w:r>
      <w:proofErr w:type="spellEnd"/>
      <w:r w:rsidRPr="000C4192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0C4192">
        <w:rPr>
          <w:rFonts w:ascii="Arial" w:hAnsi="Arial" w:cs="Arial"/>
          <w:sz w:val="24"/>
          <w:szCs w:val="24"/>
        </w:rPr>
        <w:t>uz</w:t>
      </w:r>
      <w:proofErr w:type="spellEnd"/>
      <w:r w:rsidRPr="000C41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C4192">
        <w:rPr>
          <w:rFonts w:ascii="Arial" w:hAnsi="Arial" w:cs="Arial"/>
          <w:sz w:val="24"/>
          <w:szCs w:val="24"/>
        </w:rPr>
        <w:t>niže</w:t>
      </w:r>
      <w:proofErr w:type="spellEnd"/>
      <w:r w:rsidRPr="000C41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C4192">
        <w:rPr>
          <w:rFonts w:ascii="Arial" w:hAnsi="Arial" w:cs="Arial"/>
          <w:sz w:val="24"/>
          <w:szCs w:val="24"/>
        </w:rPr>
        <w:t>iznose</w:t>
      </w:r>
      <w:proofErr w:type="spellEnd"/>
      <w:r w:rsidRPr="000C4192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0C4192">
        <w:rPr>
          <w:rFonts w:ascii="Arial" w:hAnsi="Arial" w:cs="Arial"/>
          <w:sz w:val="24"/>
          <w:szCs w:val="24"/>
        </w:rPr>
        <w:t>zaposlene</w:t>
      </w:r>
      <w:proofErr w:type="spellEnd"/>
      <w:r w:rsidRPr="000C41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C4192">
        <w:rPr>
          <w:rFonts w:ascii="Arial" w:hAnsi="Arial" w:cs="Arial"/>
          <w:sz w:val="24"/>
          <w:szCs w:val="24"/>
        </w:rPr>
        <w:t>juniore</w:t>
      </w:r>
      <w:proofErr w:type="spellEnd"/>
      <w:r w:rsidRPr="000C41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C4192">
        <w:rPr>
          <w:rFonts w:ascii="Arial" w:hAnsi="Arial" w:cs="Arial"/>
          <w:sz w:val="24"/>
          <w:szCs w:val="24"/>
        </w:rPr>
        <w:t>i</w:t>
      </w:r>
      <w:proofErr w:type="spellEnd"/>
      <w:r w:rsidRPr="000C41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C4192">
        <w:rPr>
          <w:rFonts w:ascii="Arial" w:hAnsi="Arial" w:cs="Arial"/>
          <w:sz w:val="24"/>
          <w:szCs w:val="24"/>
        </w:rPr>
        <w:t>seniore</w:t>
      </w:r>
      <w:proofErr w:type="spellEnd"/>
      <w:r w:rsidRPr="000C4192">
        <w:rPr>
          <w:rFonts w:ascii="Arial" w:hAnsi="Arial" w:cs="Arial"/>
          <w:sz w:val="24"/>
          <w:szCs w:val="24"/>
        </w:rPr>
        <w:t>.</w:t>
      </w:r>
    </w:p>
    <w:p w14:paraId="78472EFD" w14:textId="77777777" w:rsidR="000C4192" w:rsidRPr="000C4192" w:rsidRDefault="000C4192" w:rsidP="000C4192">
      <w:pPr>
        <w:jc w:val="both"/>
        <w:rPr>
          <w:rFonts w:ascii="Arial" w:hAnsi="Arial" w:cs="Arial"/>
          <w:sz w:val="24"/>
          <w:szCs w:val="24"/>
        </w:rPr>
      </w:pPr>
      <w:r w:rsidRPr="000C4192">
        <w:rPr>
          <w:rFonts w:ascii="Arial" w:hAnsi="Arial" w:cs="Arial"/>
          <w:sz w:val="24"/>
          <w:szCs w:val="24"/>
        </w:rPr>
        <w:t xml:space="preserve">Radi </w:t>
      </w:r>
      <w:proofErr w:type="spellStart"/>
      <w:r w:rsidRPr="000C4192">
        <w:rPr>
          <w:rFonts w:ascii="Arial" w:hAnsi="Arial" w:cs="Arial"/>
          <w:sz w:val="24"/>
          <w:szCs w:val="24"/>
        </w:rPr>
        <w:t>predvidivosti</w:t>
      </w:r>
      <w:proofErr w:type="spellEnd"/>
      <w:r w:rsidRPr="000C41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C4192">
        <w:rPr>
          <w:rFonts w:ascii="Arial" w:hAnsi="Arial" w:cs="Arial"/>
          <w:sz w:val="24"/>
          <w:szCs w:val="24"/>
        </w:rPr>
        <w:t>i</w:t>
      </w:r>
      <w:proofErr w:type="spellEnd"/>
      <w:r w:rsidRPr="000C41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C4192">
        <w:rPr>
          <w:rFonts w:ascii="Arial" w:hAnsi="Arial" w:cs="Arial"/>
          <w:sz w:val="24"/>
          <w:szCs w:val="24"/>
        </w:rPr>
        <w:t>kontrole</w:t>
      </w:r>
      <w:proofErr w:type="spellEnd"/>
      <w:r w:rsidRPr="000C41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C4192">
        <w:rPr>
          <w:rFonts w:ascii="Arial" w:hAnsi="Arial" w:cs="Arial"/>
          <w:sz w:val="24"/>
          <w:szCs w:val="24"/>
        </w:rPr>
        <w:t>proračunskih</w:t>
      </w:r>
      <w:proofErr w:type="spellEnd"/>
      <w:r w:rsidRPr="000C41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C4192">
        <w:rPr>
          <w:rFonts w:ascii="Arial" w:hAnsi="Arial" w:cs="Arial"/>
          <w:sz w:val="24"/>
          <w:szCs w:val="24"/>
        </w:rPr>
        <w:t>rashoda</w:t>
      </w:r>
      <w:proofErr w:type="spellEnd"/>
      <w:r w:rsidRPr="000C41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C4192">
        <w:rPr>
          <w:rFonts w:ascii="Arial" w:hAnsi="Arial" w:cs="Arial"/>
          <w:sz w:val="24"/>
          <w:szCs w:val="24"/>
        </w:rPr>
        <w:t>predlaže</w:t>
      </w:r>
      <w:proofErr w:type="spellEnd"/>
      <w:r w:rsidRPr="000C4192">
        <w:rPr>
          <w:rFonts w:ascii="Arial" w:hAnsi="Arial" w:cs="Arial"/>
          <w:sz w:val="24"/>
          <w:szCs w:val="24"/>
        </w:rPr>
        <w:t xml:space="preserve"> se da </w:t>
      </w:r>
      <w:proofErr w:type="spellStart"/>
      <w:r w:rsidRPr="000C4192">
        <w:rPr>
          <w:rFonts w:ascii="Arial" w:hAnsi="Arial" w:cs="Arial"/>
          <w:sz w:val="24"/>
          <w:szCs w:val="24"/>
        </w:rPr>
        <w:t>sportaš</w:t>
      </w:r>
      <w:proofErr w:type="spellEnd"/>
      <w:r w:rsidRPr="000C41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C4192">
        <w:rPr>
          <w:rFonts w:ascii="Arial" w:hAnsi="Arial" w:cs="Arial"/>
          <w:sz w:val="24"/>
          <w:szCs w:val="24"/>
        </w:rPr>
        <w:t>može</w:t>
      </w:r>
      <w:proofErr w:type="spellEnd"/>
      <w:r w:rsidRPr="000C41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C4192">
        <w:rPr>
          <w:rFonts w:ascii="Arial" w:hAnsi="Arial" w:cs="Arial"/>
          <w:sz w:val="24"/>
          <w:szCs w:val="24"/>
        </w:rPr>
        <w:t>ostvariti</w:t>
      </w:r>
      <w:proofErr w:type="spellEnd"/>
      <w:r w:rsidRPr="000C41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C4192">
        <w:rPr>
          <w:rFonts w:ascii="Arial" w:hAnsi="Arial" w:cs="Arial"/>
          <w:sz w:val="24"/>
          <w:szCs w:val="24"/>
        </w:rPr>
        <w:t>najviše</w:t>
      </w:r>
      <w:proofErr w:type="spellEnd"/>
      <w:r w:rsidRPr="000C41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C4192">
        <w:rPr>
          <w:rFonts w:ascii="Arial" w:hAnsi="Arial" w:cs="Arial"/>
          <w:sz w:val="24"/>
          <w:szCs w:val="24"/>
        </w:rPr>
        <w:t>dvije</w:t>
      </w:r>
      <w:proofErr w:type="spellEnd"/>
      <w:r w:rsidRPr="000C41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C4192">
        <w:rPr>
          <w:rFonts w:ascii="Arial" w:hAnsi="Arial" w:cs="Arial"/>
          <w:sz w:val="24"/>
          <w:szCs w:val="24"/>
        </w:rPr>
        <w:t>jednokratne</w:t>
      </w:r>
      <w:proofErr w:type="spellEnd"/>
      <w:r w:rsidRPr="000C41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C4192">
        <w:rPr>
          <w:rFonts w:ascii="Arial" w:hAnsi="Arial" w:cs="Arial"/>
          <w:sz w:val="24"/>
          <w:szCs w:val="24"/>
        </w:rPr>
        <w:t>naknade</w:t>
      </w:r>
      <w:proofErr w:type="spellEnd"/>
      <w:r w:rsidRPr="000C4192">
        <w:rPr>
          <w:rFonts w:ascii="Arial" w:hAnsi="Arial" w:cs="Arial"/>
          <w:sz w:val="24"/>
          <w:szCs w:val="24"/>
        </w:rPr>
        <w:t xml:space="preserve"> u </w:t>
      </w:r>
      <w:proofErr w:type="spellStart"/>
      <w:r w:rsidRPr="000C4192">
        <w:rPr>
          <w:rFonts w:ascii="Arial" w:hAnsi="Arial" w:cs="Arial"/>
          <w:sz w:val="24"/>
          <w:szCs w:val="24"/>
        </w:rPr>
        <w:t>jednoj</w:t>
      </w:r>
      <w:proofErr w:type="spellEnd"/>
      <w:r w:rsidRPr="000C41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C4192">
        <w:rPr>
          <w:rFonts w:ascii="Arial" w:hAnsi="Arial" w:cs="Arial"/>
          <w:sz w:val="24"/>
          <w:szCs w:val="24"/>
        </w:rPr>
        <w:t>kalendarskoj</w:t>
      </w:r>
      <w:proofErr w:type="spellEnd"/>
      <w:r w:rsidRPr="000C41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C4192">
        <w:rPr>
          <w:rFonts w:ascii="Arial" w:hAnsi="Arial" w:cs="Arial"/>
          <w:sz w:val="24"/>
          <w:szCs w:val="24"/>
        </w:rPr>
        <w:t>godini</w:t>
      </w:r>
      <w:proofErr w:type="spellEnd"/>
      <w:r w:rsidRPr="000C4192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0C4192">
        <w:rPr>
          <w:rFonts w:ascii="Arial" w:hAnsi="Arial" w:cs="Arial"/>
          <w:sz w:val="24"/>
          <w:szCs w:val="24"/>
        </w:rPr>
        <w:t>neovisno</w:t>
      </w:r>
      <w:proofErr w:type="spellEnd"/>
      <w:r w:rsidRPr="000C4192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0C4192">
        <w:rPr>
          <w:rFonts w:ascii="Arial" w:hAnsi="Arial" w:cs="Arial"/>
          <w:sz w:val="24"/>
          <w:szCs w:val="24"/>
        </w:rPr>
        <w:t>ukupnom</w:t>
      </w:r>
      <w:proofErr w:type="spellEnd"/>
      <w:r w:rsidRPr="000C41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C4192">
        <w:rPr>
          <w:rFonts w:ascii="Arial" w:hAnsi="Arial" w:cs="Arial"/>
          <w:sz w:val="24"/>
          <w:szCs w:val="24"/>
        </w:rPr>
        <w:t>broju</w:t>
      </w:r>
      <w:proofErr w:type="spellEnd"/>
      <w:r w:rsidRPr="000C41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C4192">
        <w:rPr>
          <w:rFonts w:ascii="Arial" w:hAnsi="Arial" w:cs="Arial"/>
          <w:sz w:val="24"/>
          <w:szCs w:val="24"/>
        </w:rPr>
        <w:t>reprezentativnih</w:t>
      </w:r>
      <w:proofErr w:type="spellEnd"/>
      <w:r w:rsidRPr="000C41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C4192">
        <w:rPr>
          <w:rFonts w:ascii="Arial" w:hAnsi="Arial" w:cs="Arial"/>
          <w:sz w:val="24"/>
          <w:szCs w:val="24"/>
        </w:rPr>
        <w:t>poziva</w:t>
      </w:r>
      <w:proofErr w:type="spellEnd"/>
      <w:r w:rsidRPr="000C41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C4192">
        <w:rPr>
          <w:rFonts w:ascii="Arial" w:hAnsi="Arial" w:cs="Arial"/>
          <w:sz w:val="24"/>
          <w:szCs w:val="24"/>
        </w:rPr>
        <w:t>i</w:t>
      </w:r>
      <w:proofErr w:type="spellEnd"/>
      <w:r w:rsidRPr="000C41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C4192">
        <w:rPr>
          <w:rFonts w:ascii="Arial" w:hAnsi="Arial" w:cs="Arial"/>
          <w:sz w:val="24"/>
          <w:szCs w:val="24"/>
        </w:rPr>
        <w:t>nastupa</w:t>
      </w:r>
      <w:proofErr w:type="spellEnd"/>
      <w:r w:rsidRPr="000C4192">
        <w:rPr>
          <w:rFonts w:ascii="Arial" w:hAnsi="Arial" w:cs="Arial"/>
          <w:sz w:val="24"/>
          <w:szCs w:val="24"/>
        </w:rPr>
        <w:t xml:space="preserve">. Za </w:t>
      </w:r>
      <w:proofErr w:type="spellStart"/>
      <w:r w:rsidRPr="000C4192">
        <w:rPr>
          <w:rFonts w:ascii="Arial" w:hAnsi="Arial" w:cs="Arial"/>
          <w:sz w:val="24"/>
          <w:szCs w:val="24"/>
        </w:rPr>
        <w:t>svaki</w:t>
      </w:r>
      <w:proofErr w:type="spellEnd"/>
      <w:r w:rsidRPr="000C41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C4192">
        <w:rPr>
          <w:rFonts w:ascii="Arial" w:hAnsi="Arial" w:cs="Arial"/>
          <w:sz w:val="24"/>
          <w:szCs w:val="24"/>
        </w:rPr>
        <w:t>reprezentativni</w:t>
      </w:r>
      <w:proofErr w:type="spellEnd"/>
      <w:r w:rsidRPr="000C41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C4192">
        <w:rPr>
          <w:rFonts w:ascii="Arial" w:hAnsi="Arial" w:cs="Arial"/>
          <w:sz w:val="24"/>
          <w:szCs w:val="24"/>
        </w:rPr>
        <w:t>ciklus</w:t>
      </w:r>
      <w:proofErr w:type="spellEnd"/>
      <w:r w:rsidRPr="000C41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C4192">
        <w:rPr>
          <w:rFonts w:ascii="Arial" w:hAnsi="Arial" w:cs="Arial"/>
          <w:sz w:val="24"/>
          <w:szCs w:val="24"/>
        </w:rPr>
        <w:t>naknada</w:t>
      </w:r>
      <w:proofErr w:type="spellEnd"/>
      <w:r w:rsidRPr="000C4192">
        <w:rPr>
          <w:rFonts w:ascii="Arial" w:hAnsi="Arial" w:cs="Arial"/>
          <w:sz w:val="24"/>
          <w:szCs w:val="24"/>
        </w:rPr>
        <w:t xml:space="preserve"> se </w:t>
      </w:r>
      <w:proofErr w:type="spellStart"/>
      <w:r w:rsidRPr="000C4192">
        <w:rPr>
          <w:rFonts w:ascii="Arial" w:hAnsi="Arial" w:cs="Arial"/>
          <w:sz w:val="24"/>
          <w:szCs w:val="24"/>
        </w:rPr>
        <w:t>može</w:t>
      </w:r>
      <w:proofErr w:type="spellEnd"/>
      <w:r w:rsidRPr="000C41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C4192">
        <w:rPr>
          <w:rFonts w:ascii="Arial" w:hAnsi="Arial" w:cs="Arial"/>
          <w:sz w:val="24"/>
          <w:szCs w:val="24"/>
        </w:rPr>
        <w:t>ostvariti</w:t>
      </w:r>
      <w:proofErr w:type="spellEnd"/>
      <w:r w:rsidRPr="000C41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C4192">
        <w:rPr>
          <w:rFonts w:ascii="Arial" w:hAnsi="Arial" w:cs="Arial"/>
          <w:sz w:val="24"/>
          <w:szCs w:val="24"/>
        </w:rPr>
        <w:t>samo</w:t>
      </w:r>
      <w:proofErr w:type="spellEnd"/>
      <w:r w:rsidRPr="000C41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C4192">
        <w:rPr>
          <w:rFonts w:ascii="Arial" w:hAnsi="Arial" w:cs="Arial"/>
          <w:sz w:val="24"/>
          <w:szCs w:val="24"/>
        </w:rPr>
        <w:t>jednom</w:t>
      </w:r>
      <w:proofErr w:type="spellEnd"/>
      <w:r w:rsidRPr="000C4192">
        <w:rPr>
          <w:rFonts w:ascii="Arial" w:hAnsi="Arial" w:cs="Arial"/>
          <w:sz w:val="24"/>
          <w:szCs w:val="24"/>
        </w:rPr>
        <w:t>.</w:t>
      </w:r>
    </w:p>
    <w:p w14:paraId="5DE28835" w14:textId="77777777" w:rsidR="000C4192" w:rsidRPr="000C4192" w:rsidRDefault="000C4192" w:rsidP="000C4192">
      <w:pPr>
        <w:jc w:val="both"/>
        <w:rPr>
          <w:rFonts w:ascii="Arial" w:hAnsi="Arial" w:cs="Arial"/>
          <w:sz w:val="24"/>
          <w:szCs w:val="24"/>
        </w:rPr>
      </w:pPr>
      <w:proofErr w:type="spellStart"/>
      <w:r w:rsidRPr="000C4192">
        <w:rPr>
          <w:rFonts w:ascii="Arial" w:hAnsi="Arial" w:cs="Arial"/>
          <w:sz w:val="24"/>
          <w:szCs w:val="24"/>
        </w:rPr>
        <w:t>Zadržava</w:t>
      </w:r>
      <w:proofErr w:type="spellEnd"/>
      <w:r w:rsidRPr="000C4192">
        <w:rPr>
          <w:rFonts w:ascii="Arial" w:hAnsi="Arial" w:cs="Arial"/>
          <w:sz w:val="24"/>
          <w:szCs w:val="24"/>
        </w:rPr>
        <w:t xml:space="preserve"> se </w:t>
      </w:r>
      <w:proofErr w:type="spellStart"/>
      <w:r w:rsidRPr="000C4192">
        <w:rPr>
          <w:rFonts w:ascii="Arial" w:hAnsi="Arial" w:cs="Arial"/>
          <w:sz w:val="24"/>
          <w:szCs w:val="24"/>
        </w:rPr>
        <w:t>dosadašnji</w:t>
      </w:r>
      <w:proofErr w:type="spellEnd"/>
      <w:r w:rsidRPr="000C4192">
        <w:rPr>
          <w:rFonts w:ascii="Arial" w:hAnsi="Arial" w:cs="Arial"/>
          <w:sz w:val="24"/>
          <w:szCs w:val="24"/>
        </w:rPr>
        <w:t xml:space="preserve"> model </w:t>
      </w:r>
      <w:proofErr w:type="spellStart"/>
      <w:r w:rsidRPr="000C4192">
        <w:rPr>
          <w:rFonts w:ascii="Arial" w:hAnsi="Arial" w:cs="Arial"/>
          <w:sz w:val="24"/>
          <w:szCs w:val="24"/>
        </w:rPr>
        <w:t>isplate</w:t>
      </w:r>
      <w:proofErr w:type="spellEnd"/>
      <w:r w:rsidRPr="000C41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C4192">
        <w:rPr>
          <w:rFonts w:ascii="Arial" w:hAnsi="Arial" w:cs="Arial"/>
          <w:sz w:val="24"/>
          <w:szCs w:val="24"/>
        </w:rPr>
        <w:t>putem</w:t>
      </w:r>
      <w:proofErr w:type="spellEnd"/>
      <w:r w:rsidRPr="000C41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C4192">
        <w:rPr>
          <w:rFonts w:ascii="Arial" w:hAnsi="Arial" w:cs="Arial"/>
          <w:sz w:val="24"/>
          <w:szCs w:val="24"/>
        </w:rPr>
        <w:t>sportskog</w:t>
      </w:r>
      <w:proofErr w:type="spellEnd"/>
      <w:r w:rsidRPr="000C41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C4192">
        <w:rPr>
          <w:rFonts w:ascii="Arial" w:hAnsi="Arial" w:cs="Arial"/>
          <w:sz w:val="24"/>
          <w:szCs w:val="24"/>
        </w:rPr>
        <w:t>kluba</w:t>
      </w:r>
      <w:proofErr w:type="spellEnd"/>
      <w:r w:rsidRPr="000C41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C4192">
        <w:rPr>
          <w:rFonts w:ascii="Arial" w:hAnsi="Arial" w:cs="Arial"/>
          <w:sz w:val="24"/>
          <w:szCs w:val="24"/>
        </w:rPr>
        <w:t>odnosno</w:t>
      </w:r>
      <w:proofErr w:type="spellEnd"/>
      <w:r w:rsidRPr="000C41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C4192">
        <w:rPr>
          <w:rFonts w:ascii="Arial" w:hAnsi="Arial" w:cs="Arial"/>
          <w:sz w:val="24"/>
          <w:szCs w:val="24"/>
        </w:rPr>
        <w:t>sportske</w:t>
      </w:r>
      <w:proofErr w:type="spellEnd"/>
      <w:r w:rsidRPr="000C41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C4192">
        <w:rPr>
          <w:rFonts w:ascii="Arial" w:hAnsi="Arial" w:cs="Arial"/>
          <w:sz w:val="24"/>
          <w:szCs w:val="24"/>
        </w:rPr>
        <w:t>udruge</w:t>
      </w:r>
      <w:proofErr w:type="spellEnd"/>
      <w:r w:rsidRPr="000C41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C4192">
        <w:rPr>
          <w:rFonts w:ascii="Arial" w:hAnsi="Arial" w:cs="Arial"/>
          <w:sz w:val="24"/>
          <w:szCs w:val="24"/>
        </w:rPr>
        <w:t>koja</w:t>
      </w:r>
      <w:proofErr w:type="spellEnd"/>
      <w:r w:rsidRPr="000C41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C4192">
        <w:rPr>
          <w:rFonts w:ascii="Arial" w:hAnsi="Arial" w:cs="Arial"/>
          <w:sz w:val="24"/>
          <w:szCs w:val="24"/>
        </w:rPr>
        <w:t>podnosi</w:t>
      </w:r>
      <w:proofErr w:type="spellEnd"/>
      <w:r w:rsidRPr="000C41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C4192">
        <w:rPr>
          <w:rFonts w:ascii="Arial" w:hAnsi="Arial" w:cs="Arial"/>
          <w:sz w:val="24"/>
          <w:szCs w:val="24"/>
        </w:rPr>
        <w:t>zahtjev</w:t>
      </w:r>
      <w:proofErr w:type="spellEnd"/>
      <w:r w:rsidRPr="000C4192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0C4192">
        <w:rPr>
          <w:rFonts w:ascii="Arial" w:hAnsi="Arial" w:cs="Arial"/>
          <w:sz w:val="24"/>
          <w:szCs w:val="24"/>
        </w:rPr>
        <w:t>uz</w:t>
      </w:r>
      <w:proofErr w:type="spellEnd"/>
      <w:r w:rsidRPr="000C41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C4192">
        <w:rPr>
          <w:rFonts w:ascii="Arial" w:hAnsi="Arial" w:cs="Arial"/>
          <w:sz w:val="24"/>
          <w:szCs w:val="24"/>
        </w:rPr>
        <w:t>izričitu</w:t>
      </w:r>
      <w:proofErr w:type="spellEnd"/>
      <w:r w:rsidRPr="000C41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C4192">
        <w:rPr>
          <w:rFonts w:ascii="Arial" w:hAnsi="Arial" w:cs="Arial"/>
          <w:sz w:val="24"/>
          <w:szCs w:val="24"/>
        </w:rPr>
        <w:t>obvezu</w:t>
      </w:r>
      <w:proofErr w:type="spellEnd"/>
      <w:r w:rsidRPr="000C4192">
        <w:rPr>
          <w:rFonts w:ascii="Arial" w:hAnsi="Arial" w:cs="Arial"/>
          <w:sz w:val="24"/>
          <w:szCs w:val="24"/>
        </w:rPr>
        <w:t xml:space="preserve"> da </w:t>
      </w:r>
      <w:proofErr w:type="spellStart"/>
      <w:r w:rsidRPr="000C4192">
        <w:rPr>
          <w:rFonts w:ascii="Arial" w:hAnsi="Arial" w:cs="Arial"/>
          <w:sz w:val="24"/>
          <w:szCs w:val="24"/>
        </w:rPr>
        <w:t>cjelokupni</w:t>
      </w:r>
      <w:proofErr w:type="spellEnd"/>
      <w:r w:rsidRPr="000C41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C4192">
        <w:rPr>
          <w:rFonts w:ascii="Arial" w:hAnsi="Arial" w:cs="Arial"/>
          <w:sz w:val="24"/>
          <w:szCs w:val="24"/>
        </w:rPr>
        <w:t>odobreni</w:t>
      </w:r>
      <w:proofErr w:type="spellEnd"/>
      <w:r w:rsidRPr="000C41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C4192">
        <w:rPr>
          <w:rFonts w:ascii="Arial" w:hAnsi="Arial" w:cs="Arial"/>
          <w:sz w:val="24"/>
          <w:szCs w:val="24"/>
        </w:rPr>
        <w:t>iznos</w:t>
      </w:r>
      <w:proofErr w:type="spellEnd"/>
      <w:r w:rsidRPr="000C41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C4192">
        <w:rPr>
          <w:rFonts w:ascii="Arial" w:hAnsi="Arial" w:cs="Arial"/>
          <w:sz w:val="24"/>
          <w:szCs w:val="24"/>
        </w:rPr>
        <w:t>prenese</w:t>
      </w:r>
      <w:proofErr w:type="spellEnd"/>
      <w:r w:rsidRPr="000C41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C4192">
        <w:rPr>
          <w:rFonts w:ascii="Arial" w:hAnsi="Arial" w:cs="Arial"/>
          <w:sz w:val="24"/>
          <w:szCs w:val="24"/>
        </w:rPr>
        <w:t>sportašu</w:t>
      </w:r>
      <w:proofErr w:type="spellEnd"/>
      <w:r w:rsidRPr="000C4192">
        <w:rPr>
          <w:rFonts w:ascii="Arial" w:hAnsi="Arial" w:cs="Arial"/>
          <w:sz w:val="24"/>
          <w:szCs w:val="24"/>
        </w:rPr>
        <w:t xml:space="preserve"> u </w:t>
      </w:r>
      <w:proofErr w:type="spellStart"/>
      <w:r w:rsidRPr="000C4192">
        <w:rPr>
          <w:rFonts w:ascii="Arial" w:hAnsi="Arial" w:cs="Arial"/>
          <w:sz w:val="24"/>
          <w:szCs w:val="24"/>
        </w:rPr>
        <w:t>roku</w:t>
      </w:r>
      <w:proofErr w:type="spellEnd"/>
      <w:r w:rsidRPr="000C4192">
        <w:rPr>
          <w:rFonts w:ascii="Arial" w:hAnsi="Arial" w:cs="Arial"/>
          <w:sz w:val="24"/>
          <w:szCs w:val="24"/>
        </w:rPr>
        <w:t xml:space="preserve"> od 15 dana </w:t>
      </w:r>
      <w:proofErr w:type="spellStart"/>
      <w:r w:rsidRPr="000C4192">
        <w:rPr>
          <w:rFonts w:ascii="Arial" w:hAnsi="Arial" w:cs="Arial"/>
          <w:sz w:val="24"/>
          <w:szCs w:val="24"/>
        </w:rPr>
        <w:t>i</w:t>
      </w:r>
      <w:proofErr w:type="spellEnd"/>
      <w:r w:rsidRPr="000C41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C4192">
        <w:rPr>
          <w:rFonts w:ascii="Arial" w:hAnsi="Arial" w:cs="Arial"/>
          <w:sz w:val="24"/>
          <w:szCs w:val="24"/>
        </w:rPr>
        <w:t>Gradu</w:t>
      </w:r>
      <w:proofErr w:type="spellEnd"/>
      <w:r w:rsidRPr="000C41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C4192">
        <w:rPr>
          <w:rFonts w:ascii="Arial" w:hAnsi="Arial" w:cs="Arial"/>
          <w:sz w:val="24"/>
          <w:szCs w:val="24"/>
        </w:rPr>
        <w:t>dostavi</w:t>
      </w:r>
      <w:proofErr w:type="spellEnd"/>
      <w:r w:rsidRPr="000C41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C4192">
        <w:rPr>
          <w:rFonts w:ascii="Arial" w:hAnsi="Arial" w:cs="Arial"/>
          <w:sz w:val="24"/>
          <w:szCs w:val="24"/>
        </w:rPr>
        <w:t>dokaz</w:t>
      </w:r>
      <w:proofErr w:type="spellEnd"/>
      <w:r w:rsidRPr="000C4192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0C4192">
        <w:rPr>
          <w:rFonts w:ascii="Arial" w:hAnsi="Arial" w:cs="Arial"/>
          <w:sz w:val="24"/>
          <w:szCs w:val="24"/>
        </w:rPr>
        <w:t>izvršenoj</w:t>
      </w:r>
      <w:proofErr w:type="spellEnd"/>
      <w:r w:rsidRPr="000C41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C4192">
        <w:rPr>
          <w:rFonts w:ascii="Arial" w:hAnsi="Arial" w:cs="Arial"/>
          <w:sz w:val="24"/>
          <w:szCs w:val="24"/>
        </w:rPr>
        <w:t>isplati</w:t>
      </w:r>
      <w:proofErr w:type="spellEnd"/>
      <w:r w:rsidRPr="000C4192">
        <w:rPr>
          <w:rFonts w:ascii="Arial" w:hAnsi="Arial" w:cs="Arial"/>
          <w:sz w:val="24"/>
          <w:szCs w:val="24"/>
        </w:rPr>
        <w:t>.</w:t>
      </w:r>
    </w:p>
    <w:p w14:paraId="56905376" w14:textId="77777777" w:rsidR="000C4192" w:rsidRPr="000C4192" w:rsidRDefault="000C4192" w:rsidP="000C4192">
      <w:pPr>
        <w:jc w:val="both"/>
        <w:rPr>
          <w:rFonts w:ascii="Arial" w:hAnsi="Arial" w:cs="Arial"/>
          <w:sz w:val="24"/>
          <w:szCs w:val="24"/>
        </w:rPr>
      </w:pPr>
      <w:proofErr w:type="spellStart"/>
      <w:r w:rsidRPr="000C4192">
        <w:rPr>
          <w:rFonts w:ascii="Arial" w:hAnsi="Arial" w:cs="Arial"/>
          <w:sz w:val="24"/>
          <w:szCs w:val="24"/>
        </w:rPr>
        <w:t>Jednokratna</w:t>
      </w:r>
      <w:proofErr w:type="spellEnd"/>
      <w:r w:rsidRPr="000C41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C4192">
        <w:rPr>
          <w:rFonts w:ascii="Arial" w:hAnsi="Arial" w:cs="Arial"/>
          <w:sz w:val="24"/>
          <w:szCs w:val="24"/>
        </w:rPr>
        <w:t>naknada</w:t>
      </w:r>
      <w:proofErr w:type="spellEnd"/>
      <w:r w:rsidRPr="000C41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C4192">
        <w:rPr>
          <w:rFonts w:ascii="Arial" w:hAnsi="Arial" w:cs="Arial"/>
          <w:sz w:val="24"/>
          <w:szCs w:val="24"/>
        </w:rPr>
        <w:t>uređena</w:t>
      </w:r>
      <w:proofErr w:type="spellEnd"/>
      <w:r w:rsidRPr="000C41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C4192">
        <w:rPr>
          <w:rFonts w:ascii="Arial" w:hAnsi="Arial" w:cs="Arial"/>
          <w:sz w:val="24"/>
          <w:szCs w:val="24"/>
        </w:rPr>
        <w:t>ovim</w:t>
      </w:r>
      <w:proofErr w:type="spellEnd"/>
      <w:r w:rsidRPr="000C41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C4192">
        <w:rPr>
          <w:rFonts w:ascii="Arial" w:hAnsi="Arial" w:cs="Arial"/>
          <w:sz w:val="24"/>
          <w:szCs w:val="24"/>
        </w:rPr>
        <w:t>Pravilnikom</w:t>
      </w:r>
      <w:proofErr w:type="spellEnd"/>
      <w:r w:rsidRPr="000C41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C4192">
        <w:rPr>
          <w:rFonts w:ascii="Arial" w:hAnsi="Arial" w:cs="Arial"/>
          <w:sz w:val="24"/>
          <w:szCs w:val="24"/>
        </w:rPr>
        <w:t>predstavlja</w:t>
      </w:r>
      <w:proofErr w:type="spellEnd"/>
      <w:r w:rsidRPr="000C41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C4192">
        <w:rPr>
          <w:rFonts w:ascii="Arial" w:hAnsi="Arial" w:cs="Arial"/>
          <w:sz w:val="24"/>
          <w:szCs w:val="24"/>
        </w:rPr>
        <w:t>priznanje</w:t>
      </w:r>
      <w:proofErr w:type="spellEnd"/>
      <w:r w:rsidRPr="000C4192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0C4192">
        <w:rPr>
          <w:rFonts w:ascii="Arial" w:hAnsi="Arial" w:cs="Arial"/>
          <w:sz w:val="24"/>
          <w:szCs w:val="24"/>
        </w:rPr>
        <w:t>reprezentativni</w:t>
      </w:r>
      <w:proofErr w:type="spellEnd"/>
      <w:r w:rsidRPr="000C41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C4192">
        <w:rPr>
          <w:rFonts w:ascii="Arial" w:hAnsi="Arial" w:cs="Arial"/>
          <w:sz w:val="24"/>
          <w:szCs w:val="24"/>
        </w:rPr>
        <w:t>nastup</w:t>
      </w:r>
      <w:proofErr w:type="spellEnd"/>
      <w:r w:rsidRPr="000C41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C4192">
        <w:rPr>
          <w:rFonts w:ascii="Arial" w:hAnsi="Arial" w:cs="Arial"/>
          <w:sz w:val="24"/>
          <w:szCs w:val="24"/>
        </w:rPr>
        <w:t>i</w:t>
      </w:r>
      <w:proofErr w:type="spellEnd"/>
      <w:r w:rsidRPr="000C4192">
        <w:rPr>
          <w:rFonts w:ascii="Arial" w:hAnsi="Arial" w:cs="Arial"/>
          <w:sz w:val="24"/>
          <w:szCs w:val="24"/>
        </w:rPr>
        <w:t xml:space="preserve"> ne </w:t>
      </w:r>
      <w:proofErr w:type="spellStart"/>
      <w:r w:rsidRPr="000C4192">
        <w:rPr>
          <w:rFonts w:ascii="Arial" w:hAnsi="Arial" w:cs="Arial"/>
          <w:sz w:val="24"/>
          <w:szCs w:val="24"/>
        </w:rPr>
        <w:t>predstavlja</w:t>
      </w:r>
      <w:proofErr w:type="spellEnd"/>
      <w:r w:rsidRPr="000C41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C4192">
        <w:rPr>
          <w:rFonts w:ascii="Arial" w:hAnsi="Arial" w:cs="Arial"/>
          <w:sz w:val="24"/>
          <w:szCs w:val="24"/>
        </w:rPr>
        <w:t>nagradu</w:t>
      </w:r>
      <w:proofErr w:type="spellEnd"/>
      <w:r w:rsidRPr="000C4192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0C4192">
        <w:rPr>
          <w:rFonts w:ascii="Arial" w:hAnsi="Arial" w:cs="Arial"/>
          <w:sz w:val="24"/>
          <w:szCs w:val="24"/>
        </w:rPr>
        <w:t>osvojenu</w:t>
      </w:r>
      <w:proofErr w:type="spellEnd"/>
      <w:r w:rsidRPr="000C41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C4192">
        <w:rPr>
          <w:rFonts w:ascii="Arial" w:hAnsi="Arial" w:cs="Arial"/>
          <w:sz w:val="24"/>
          <w:szCs w:val="24"/>
        </w:rPr>
        <w:t>medalju</w:t>
      </w:r>
      <w:proofErr w:type="spellEnd"/>
      <w:r w:rsidRPr="000C4192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0C4192">
        <w:rPr>
          <w:rFonts w:ascii="Arial" w:hAnsi="Arial" w:cs="Arial"/>
          <w:sz w:val="24"/>
          <w:szCs w:val="24"/>
        </w:rPr>
        <w:t>plasman</w:t>
      </w:r>
      <w:proofErr w:type="spellEnd"/>
      <w:r w:rsidRPr="000C41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C4192">
        <w:rPr>
          <w:rFonts w:ascii="Arial" w:hAnsi="Arial" w:cs="Arial"/>
          <w:sz w:val="24"/>
          <w:szCs w:val="24"/>
        </w:rPr>
        <w:t>ili</w:t>
      </w:r>
      <w:proofErr w:type="spellEnd"/>
      <w:r w:rsidRPr="000C41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C4192">
        <w:rPr>
          <w:rFonts w:ascii="Arial" w:hAnsi="Arial" w:cs="Arial"/>
          <w:sz w:val="24"/>
          <w:szCs w:val="24"/>
        </w:rPr>
        <w:t>drugo</w:t>
      </w:r>
      <w:proofErr w:type="spellEnd"/>
      <w:r w:rsidRPr="000C41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C4192">
        <w:rPr>
          <w:rFonts w:ascii="Arial" w:hAnsi="Arial" w:cs="Arial"/>
          <w:sz w:val="24"/>
          <w:szCs w:val="24"/>
        </w:rPr>
        <w:t>vrhunsko</w:t>
      </w:r>
      <w:proofErr w:type="spellEnd"/>
      <w:r w:rsidRPr="000C41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C4192">
        <w:rPr>
          <w:rFonts w:ascii="Arial" w:hAnsi="Arial" w:cs="Arial"/>
          <w:sz w:val="24"/>
          <w:szCs w:val="24"/>
        </w:rPr>
        <w:t>sportsko</w:t>
      </w:r>
      <w:proofErr w:type="spellEnd"/>
      <w:r w:rsidRPr="000C41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C4192">
        <w:rPr>
          <w:rFonts w:ascii="Arial" w:hAnsi="Arial" w:cs="Arial"/>
          <w:sz w:val="24"/>
          <w:szCs w:val="24"/>
        </w:rPr>
        <w:t>postignuće</w:t>
      </w:r>
      <w:proofErr w:type="spellEnd"/>
      <w:r w:rsidRPr="000C4192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0C4192">
        <w:rPr>
          <w:rFonts w:ascii="Arial" w:hAnsi="Arial" w:cs="Arial"/>
          <w:sz w:val="24"/>
          <w:szCs w:val="24"/>
        </w:rPr>
        <w:t>Eventualno</w:t>
      </w:r>
      <w:proofErr w:type="spellEnd"/>
      <w:r w:rsidRPr="000C41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C4192">
        <w:rPr>
          <w:rFonts w:ascii="Arial" w:hAnsi="Arial" w:cs="Arial"/>
          <w:sz w:val="24"/>
          <w:szCs w:val="24"/>
        </w:rPr>
        <w:t>posebno</w:t>
      </w:r>
      <w:proofErr w:type="spellEnd"/>
      <w:r w:rsidRPr="000C41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C4192">
        <w:rPr>
          <w:rFonts w:ascii="Arial" w:hAnsi="Arial" w:cs="Arial"/>
          <w:sz w:val="24"/>
          <w:szCs w:val="24"/>
        </w:rPr>
        <w:t>nagrađivanje</w:t>
      </w:r>
      <w:proofErr w:type="spellEnd"/>
      <w:r w:rsidRPr="000C41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C4192">
        <w:rPr>
          <w:rFonts w:ascii="Arial" w:hAnsi="Arial" w:cs="Arial"/>
          <w:sz w:val="24"/>
          <w:szCs w:val="24"/>
        </w:rPr>
        <w:t>iznimnih</w:t>
      </w:r>
      <w:proofErr w:type="spellEnd"/>
      <w:r w:rsidRPr="000C41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C4192">
        <w:rPr>
          <w:rFonts w:ascii="Arial" w:hAnsi="Arial" w:cs="Arial"/>
          <w:sz w:val="24"/>
          <w:szCs w:val="24"/>
        </w:rPr>
        <w:t>sportskih</w:t>
      </w:r>
      <w:proofErr w:type="spellEnd"/>
      <w:r w:rsidRPr="000C41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C4192">
        <w:rPr>
          <w:rFonts w:ascii="Arial" w:hAnsi="Arial" w:cs="Arial"/>
          <w:sz w:val="24"/>
          <w:szCs w:val="24"/>
        </w:rPr>
        <w:t>rezultata</w:t>
      </w:r>
      <w:proofErr w:type="spellEnd"/>
      <w:r w:rsidRPr="000C41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C4192">
        <w:rPr>
          <w:rFonts w:ascii="Arial" w:hAnsi="Arial" w:cs="Arial"/>
          <w:sz w:val="24"/>
          <w:szCs w:val="24"/>
        </w:rPr>
        <w:t>može</w:t>
      </w:r>
      <w:proofErr w:type="spellEnd"/>
      <w:r w:rsidRPr="000C4192">
        <w:rPr>
          <w:rFonts w:ascii="Arial" w:hAnsi="Arial" w:cs="Arial"/>
          <w:sz w:val="24"/>
          <w:szCs w:val="24"/>
        </w:rPr>
        <w:t xml:space="preserve"> se </w:t>
      </w:r>
      <w:proofErr w:type="spellStart"/>
      <w:r w:rsidRPr="000C4192">
        <w:rPr>
          <w:rFonts w:ascii="Arial" w:hAnsi="Arial" w:cs="Arial"/>
          <w:sz w:val="24"/>
          <w:szCs w:val="24"/>
        </w:rPr>
        <w:t>urediti</w:t>
      </w:r>
      <w:proofErr w:type="spellEnd"/>
      <w:r w:rsidRPr="000C41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C4192">
        <w:rPr>
          <w:rFonts w:ascii="Arial" w:hAnsi="Arial" w:cs="Arial"/>
          <w:sz w:val="24"/>
          <w:szCs w:val="24"/>
        </w:rPr>
        <w:t>drugim</w:t>
      </w:r>
      <w:proofErr w:type="spellEnd"/>
      <w:r w:rsidRPr="000C41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C4192">
        <w:rPr>
          <w:rFonts w:ascii="Arial" w:hAnsi="Arial" w:cs="Arial"/>
          <w:sz w:val="24"/>
          <w:szCs w:val="24"/>
        </w:rPr>
        <w:t>općim</w:t>
      </w:r>
      <w:proofErr w:type="spellEnd"/>
      <w:r w:rsidRPr="000C41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C4192">
        <w:rPr>
          <w:rFonts w:ascii="Arial" w:hAnsi="Arial" w:cs="Arial"/>
          <w:sz w:val="24"/>
          <w:szCs w:val="24"/>
        </w:rPr>
        <w:t>aktom</w:t>
      </w:r>
      <w:proofErr w:type="spellEnd"/>
      <w:r w:rsidRPr="000C41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C4192">
        <w:rPr>
          <w:rFonts w:ascii="Arial" w:hAnsi="Arial" w:cs="Arial"/>
          <w:sz w:val="24"/>
          <w:szCs w:val="24"/>
        </w:rPr>
        <w:t>odnosno</w:t>
      </w:r>
      <w:proofErr w:type="spellEnd"/>
      <w:r w:rsidRPr="000C41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C4192">
        <w:rPr>
          <w:rFonts w:ascii="Arial" w:hAnsi="Arial" w:cs="Arial"/>
          <w:sz w:val="24"/>
          <w:szCs w:val="24"/>
        </w:rPr>
        <w:t>posebnom</w:t>
      </w:r>
      <w:proofErr w:type="spellEnd"/>
      <w:r w:rsidRPr="000C419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C4192">
        <w:rPr>
          <w:rFonts w:ascii="Arial" w:hAnsi="Arial" w:cs="Arial"/>
          <w:sz w:val="24"/>
          <w:szCs w:val="24"/>
        </w:rPr>
        <w:t>odlukom</w:t>
      </w:r>
      <w:proofErr w:type="spellEnd"/>
      <w:r w:rsidRPr="000C4192">
        <w:rPr>
          <w:rFonts w:ascii="Arial" w:hAnsi="Arial" w:cs="Arial"/>
          <w:sz w:val="24"/>
          <w:szCs w:val="24"/>
        </w:rPr>
        <w:t xml:space="preserve"> Grada.</w:t>
      </w:r>
    </w:p>
    <w:p w14:paraId="1EFB799A" w14:textId="77777777" w:rsidR="000C4192" w:rsidRPr="000C4192" w:rsidRDefault="000C4192" w:rsidP="000C4192">
      <w:pPr>
        <w:jc w:val="both"/>
        <w:rPr>
          <w:rFonts w:ascii="Arial" w:hAnsi="Arial" w:cs="Arial"/>
          <w:b/>
          <w:bCs/>
          <w:sz w:val="24"/>
          <w:szCs w:val="24"/>
        </w:rPr>
      </w:pPr>
    </w:p>
    <w:p w14:paraId="77968FD9" w14:textId="77777777" w:rsidR="000C4192" w:rsidRDefault="000C4192" w:rsidP="000C4192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III. </w:t>
      </w:r>
      <w:proofErr w:type="spellStart"/>
      <w:r w:rsidRPr="00C966BE">
        <w:rPr>
          <w:rFonts w:ascii="Arial" w:hAnsi="Arial" w:cs="Arial"/>
          <w:b/>
          <w:sz w:val="24"/>
          <w:szCs w:val="24"/>
        </w:rPr>
        <w:t>Sredstava</w:t>
      </w:r>
      <w:proofErr w:type="spellEnd"/>
      <w:r w:rsidRPr="00C966BE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C966BE">
        <w:rPr>
          <w:rFonts w:ascii="Arial" w:hAnsi="Arial" w:cs="Arial"/>
          <w:b/>
          <w:sz w:val="24"/>
          <w:szCs w:val="24"/>
        </w:rPr>
        <w:t>potrebna</w:t>
      </w:r>
      <w:proofErr w:type="spellEnd"/>
      <w:r w:rsidRPr="00C966BE">
        <w:rPr>
          <w:rFonts w:ascii="Arial" w:hAnsi="Arial" w:cs="Arial"/>
          <w:b/>
          <w:sz w:val="24"/>
          <w:szCs w:val="24"/>
        </w:rPr>
        <w:t xml:space="preserve"> za </w:t>
      </w:r>
      <w:proofErr w:type="spellStart"/>
      <w:r w:rsidRPr="00C966BE">
        <w:rPr>
          <w:rFonts w:ascii="Arial" w:hAnsi="Arial" w:cs="Arial"/>
          <w:b/>
          <w:sz w:val="24"/>
          <w:szCs w:val="24"/>
        </w:rPr>
        <w:t>provedbu</w:t>
      </w:r>
      <w:proofErr w:type="spellEnd"/>
      <w:r w:rsidRPr="00C966BE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C966BE">
        <w:rPr>
          <w:rFonts w:ascii="Arial" w:hAnsi="Arial" w:cs="Arial"/>
          <w:b/>
          <w:sz w:val="24"/>
          <w:szCs w:val="24"/>
        </w:rPr>
        <w:t>akta</w:t>
      </w:r>
      <w:proofErr w:type="spellEnd"/>
    </w:p>
    <w:p w14:paraId="79D397C2" w14:textId="77777777" w:rsidR="000C4192" w:rsidRPr="00471DBA" w:rsidRDefault="000C4192" w:rsidP="000C4192">
      <w:pPr>
        <w:jc w:val="both"/>
        <w:rPr>
          <w:rFonts w:ascii="Arial" w:hAnsi="Arial" w:cs="Arial"/>
          <w:sz w:val="24"/>
          <w:szCs w:val="24"/>
        </w:rPr>
      </w:pPr>
      <w:proofErr w:type="spellStart"/>
      <w:r w:rsidRPr="00471DBA">
        <w:rPr>
          <w:rFonts w:ascii="Arial" w:hAnsi="Arial" w:cs="Arial"/>
          <w:sz w:val="24"/>
          <w:szCs w:val="24"/>
        </w:rPr>
        <w:t>Sredstva</w:t>
      </w:r>
      <w:proofErr w:type="spellEnd"/>
      <w:r w:rsidRPr="00471DB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471DBA">
        <w:rPr>
          <w:rFonts w:ascii="Arial" w:hAnsi="Arial" w:cs="Arial"/>
          <w:sz w:val="24"/>
          <w:szCs w:val="24"/>
        </w:rPr>
        <w:t>provedbu</w:t>
      </w:r>
      <w:proofErr w:type="spellEnd"/>
      <w:r w:rsidRPr="00471DB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71DBA">
        <w:rPr>
          <w:rFonts w:ascii="Arial" w:hAnsi="Arial" w:cs="Arial"/>
          <w:sz w:val="24"/>
          <w:szCs w:val="24"/>
        </w:rPr>
        <w:t>ovog</w:t>
      </w:r>
      <w:proofErr w:type="spellEnd"/>
      <w:r w:rsidRPr="00471DB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71DBA">
        <w:rPr>
          <w:rFonts w:ascii="Arial" w:hAnsi="Arial" w:cs="Arial"/>
          <w:sz w:val="24"/>
          <w:szCs w:val="24"/>
        </w:rPr>
        <w:t>Pravilnika</w:t>
      </w:r>
      <w:proofErr w:type="spellEnd"/>
      <w:r w:rsidRPr="00471DB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71DBA">
        <w:rPr>
          <w:rFonts w:ascii="Arial" w:hAnsi="Arial" w:cs="Arial"/>
          <w:sz w:val="24"/>
          <w:szCs w:val="24"/>
        </w:rPr>
        <w:t>osiguravaju</w:t>
      </w:r>
      <w:proofErr w:type="spellEnd"/>
      <w:r w:rsidRPr="00471DBA">
        <w:rPr>
          <w:rFonts w:ascii="Arial" w:hAnsi="Arial" w:cs="Arial"/>
          <w:sz w:val="24"/>
          <w:szCs w:val="24"/>
        </w:rPr>
        <w:t xml:space="preserve"> se u </w:t>
      </w:r>
      <w:proofErr w:type="spellStart"/>
      <w:r w:rsidRPr="00471DBA">
        <w:rPr>
          <w:rFonts w:ascii="Arial" w:hAnsi="Arial" w:cs="Arial"/>
          <w:sz w:val="24"/>
          <w:szCs w:val="24"/>
        </w:rPr>
        <w:t>Proračunu</w:t>
      </w:r>
      <w:proofErr w:type="spellEnd"/>
      <w:r w:rsidRPr="00471DBA">
        <w:rPr>
          <w:rFonts w:ascii="Arial" w:hAnsi="Arial" w:cs="Arial"/>
          <w:sz w:val="24"/>
          <w:szCs w:val="24"/>
        </w:rPr>
        <w:t xml:space="preserve"> Grada Crikvenice u </w:t>
      </w:r>
      <w:proofErr w:type="spellStart"/>
      <w:r w:rsidRPr="00471DBA">
        <w:rPr>
          <w:rFonts w:ascii="Arial" w:hAnsi="Arial" w:cs="Arial"/>
          <w:sz w:val="24"/>
          <w:szCs w:val="24"/>
        </w:rPr>
        <w:t>okviru</w:t>
      </w:r>
      <w:proofErr w:type="spellEnd"/>
      <w:r w:rsidRPr="00471DB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71DBA">
        <w:rPr>
          <w:rFonts w:ascii="Arial" w:hAnsi="Arial" w:cs="Arial"/>
          <w:sz w:val="24"/>
          <w:szCs w:val="24"/>
        </w:rPr>
        <w:t>programa</w:t>
      </w:r>
      <w:proofErr w:type="spellEnd"/>
      <w:r w:rsidRPr="00471DB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71DBA">
        <w:rPr>
          <w:rFonts w:ascii="Arial" w:hAnsi="Arial" w:cs="Arial"/>
          <w:sz w:val="24"/>
          <w:szCs w:val="24"/>
        </w:rPr>
        <w:t>javnih</w:t>
      </w:r>
      <w:proofErr w:type="spellEnd"/>
      <w:r w:rsidRPr="00471DB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71DBA">
        <w:rPr>
          <w:rFonts w:ascii="Arial" w:hAnsi="Arial" w:cs="Arial"/>
          <w:sz w:val="24"/>
          <w:szCs w:val="24"/>
        </w:rPr>
        <w:t>potreba</w:t>
      </w:r>
      <w:proofErr w:type="spellEnd"/>
      <w:r w:rsidRPr="00471DBA">
        <w:rPr>
          <w:rFonts w:ascii="Arial" w:hAnsi="Arial" w:cs="Arial"/>
          <w:sz w:val="24"/>
          <w:szCs w:val="24"/>
        </w:rPr>
        <w:t xml:space="preserve"> u </w:t>
      </w:r>
      <w:proofErr w:type="spellStart"/>
      <w:r w:rsidRPr="00471DBA">
        <w:rPr>
          <w:rFonts w:ascii="Arial" w:hAnsi="Arial" w:cs="Arial"/>
          <w:sz w:val="24"/>
          <w:szCs w:val="24"/>
        </w:rPr>
        <w:t>sportu</w:t>
      </w:r>
      <w:proofErr w:type="spellEnd"/>
      <w:r w:rsidRPr="00471DBA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471DBA">
        <w:rPr>
          <w:rFonts w:ascii="Arial" w:hAnsi="Arial" w:cs="Arial"/>
          <w:sz w:val="24"/>
          <w:szCs w:val="24"/>
        </w:rPr>
        <w:t>Godišnji</w:t>
      </w:r>
      <w:proofErr w:type="spellEnd"/>
      <w:r w:rsidRPr="00471DB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71DBA">
        <w:rPr>
          <w:rFonts w:ascii="Arial" w:hAnsi="Arial" w:cs="Arial"/>
          <w:sz w:val="24"/>
          <w:szCs w:val="24"/>
        </w:rPr>
        <w:t>financijski</w:t>
      </w:r>
      <w:proofErr w:type="spellEnd"/>
      <w:r w:rsidRPr="00471DB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71DBA">
        <w:rPr>
          <w:rFonts w:ascii="Arial" w:hAnsi="Arial" w:cs="Arial"/>
          <w:sz w:val="24"/>
          <w:szCs w:val="24"/>
        </w:rPr>
        <w:t>učinak</w:t>
      </w:r>
      <w:proofErr w:type="spellEnd"/>
      <w:r w:rsidRPr="00471DB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71DBA">
        <w:rPr>
          <w:rFonts w:ascii="Arial" w:hAnsi="Arial" w:cs="Arial"/>
          <w:sz w:val="24"/>
          <w:szCs w:val="24"/>
        </w:rPr>
        <w:t>ovisit</w:t>
      </w:r>
      <w:proofErr w:type="spellEnd"/>
      <w:r w:rsidRPr="00471DB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71DBA">
        <w:rPr>
          <w:rFonts w:ascii="Arial" w:hAnsi="Arial" w:cs="Arial"/>
          <w:sz w:val="24"/>
          <w:szCs w:val="24"/>
        </w:rPr>
        <w:t>će</w:t>
      </w:r>
      <w:proofErr w:type="spellEnd"/>
      <w:r w:rsidRPr="00471DBA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471DBA">
        <w:rPr>
          <w:rFonts w:ascii="Arial" w:hAnsi="Arial" w:cs="Arial"/>
          <w:sz w:val="24"/>
          <w:szCs w:val="24"/>
        </w:rPr>
        <w:t>broju</w:t>
      </w:r>
      <w:proofErr w:type="spellEnd"/>
      <w:r w:rsidRPr="00471DB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71DBA">
        <w:rPr>
          <w:rFonts w:ascii="Arial" w:hAnsi="Arial" w:cs="Arial"/>
          <w:sz w:val="24"/>
          <w:szCs w:val="24"/>
        </w:rPr>
        <w:t>sportaša</w:t>
      </w:r>
      <w:proofErr w:type="spellEnd"/>
      <w:r w:rsidRPr="00471DBA">
        <w:rPr>
          <w:rFonts w:ascii="Arial" w:hAnsi="Arial" w:cs="Arial"/>
          <w:sz w:val="24"/>
          <w:szCs w:val="24"/>
        </w:rPr>
        <w:t xml:space="preserve"> koji </w:t>
      </w:r>
      <w:proofErr w:type="spellStart"/>
      <w:r w:rsidRPr="00471DBA">
        <w:rPr>
          <w:rFonts w:ascii="Arial" w:hAnsi="Arial" w:cs="Arial"/>
          <w:sz w:val="24"/>
          <w:szCs w:val="24"/>
        </w:rPr>
        <w:t>ispune</w:t>
      </w:r>
      <w:proofErr w:type="spellEnd"/>
      <w:r w:rsidRPr="00471DB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71DBA">
        <w:rPr>
          <w:rFonts w:ascii="Arial" w:hAnsi="Arial" w:cs="Arial"/>
          <w:sz w:val="24"/>
          <w:szCs w:val="24"/>
        </w:rPr>
        <w:t>propisane</w:t>
      </w:r>
      <w:proofErr w:type="spellEnd"/>
      <w:r w:rsidRPr="00471DB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71DBA">
        <w:rPr>
          <w:rFonts w:ascii="Arial" w:hAnsi="Arial" w:cs="Arial"/>
          <w:sz w:val="24"/>
          <w:szCs w:val="24"/>
        </w:rPr>
        <w:t>uvjete</w:t>
      </w:r>
      <w:proofErr w:type="spellEnd"/>
      <w:r w:rsidRPr="00471DB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71DBA">
        <w:rPr>
          <w:rFonts w:ascii="Arial" w:hAnsi="Arial" w:cs="Arial"/>
          <w:sz w:val="24"/>
          <w:szCs w:val="24"/>
        </w:rPr>
        <w:t>i</w:t>
      </w:r>
      <w:proofErr w:type="spellEnd"/>
      <w:r w:rsidRPr="00471DB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71DBA">
        <w:rPr>
          <w:rFonts w:ascii="Arial" w:hAnsi="Arial" w:cs="Arial"/>
          <w:sz w:val="24"/>
          <w:szCs w:val="24"/>
        </w:rPr>
        <w:t>broju</w:t>
      </w:r>
      <w:proofErr w:type="spellEnd"/>
      <w:r w:rsidRPr="00471DB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71DBA">
        <w:rPr>
          <w:rFonts w:ascii="Arial" w:hAnsi="Arial" w:cs="Arial"/>
          <w:sz w:val="24"/>
          <w:szCs w:val="24"/>
        </w:rPr>
        <w:t>ostvarenih</w:t>
      </w:r>
      <w:proofErr w:type="spellEnd"/>
      <w:r w:rsidRPr="00471DB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71DBA">
        <w:rPr>
          <w:rFonts w:ascii="Arial" w:hAnsi="Arial" w:cs="Arial"/>
          <w:sz w:val="24"/>
          <w:szCs w:val="24"/>
        </w:rPr>
        <w:t>reprezentativnih</w:t>
      </w:r>
      <w:proofErr w:type="spellEnd"/>
      <w:r w:rsidRPr="00471DB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71DBA">
        <w:rPr>
          <w:rFonts w:ascii="Arial" w:hAnsi="Arial" w:cs="Arial"/>
          <w:sz w:val="24"/>
          <w:szCs w:val="24"/>
        </w:rPr>
        <w:t>ciklusa</w:t>
      </w:r>
      <w:proofErr w:type="spellEnd"/>
      <w:r w:rsidRPr="00471DB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471DBA">
        <w:rPr>
          <w:rFonts w:ascii="Arial" w:hAnsi="Arial" w:cs="Arial"/>
          <w:sz w:val="24"/>
          <w:szCs w:val="24"/>
        </w:rPr>
        <w:t>pri</w:t>
      </w:r>
      <w:proofErr w:type="spellEnd"/>
      <w:r w:rsidRPr="00471DB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71DBA">
        <w:rPr>
          <w:rFonts w:ascii="Arial" w:hAnsi="Arial" w:cs="Arial"/>
          <w:sz w:val="24"/>
          <w:szCs w:val="24"/>
        </w:rPr>
        <w:t>čemu</w:t>
      </w:r>
      <w:proofErr w:type="spellEnd"/>
      <w:r w:rsidRPr="00471DB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71DBA">
        <w:rPr>
          <w:rFonts w:ascii="Arial" w:hAnsi="Arial" w:cs="Arial"/>
          <w:sz w:val="24"/>
          <w:szCs w:val="24"/>
        </w:rPr>
        <w:t>ograničenje</w:t>
      </w:r>
      <w:proofErr w:type="spellEnd"/>
      <w:r w:rsidRPr="00471DB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71DBA">
        <w:rPr>
          <w:rFonts w:ascii="Arial" w:hAnsi="Arial" w:cs="Arial"/>
          <w:sz w:val="24"/>
          <w:szCs w:val="24"/>
        </w:rPr>
        <w:t>na</w:t>
      </w:r>
      <w:proofErr w:type="spellEnd"/>
      <w:r w:rsidRPr="00471DB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71DBA">
        <w:rPr>
          <w:rFonts w:ascii="Arial" w:hAnsi="Arial" w:cs="Arial"/>
          <w:sz w:val="24"/>
          <w:szCs w:val="24"/>
        </w:rPr>
        <w:t>najviše</w:t>
      </w:r>
      <w:proofErr w:type="spellEnd"/>
      <w:r w:rsidRPr="00471DB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71DBA">
        <w:rPr>
          <w:rFonts w:ascii="Arial" w:hAnsi="Arial" w:cs="Arial"/>
          <w:sz w:val="24"/>
          <w:szCs w:val="24"/>
        </w:rPr>
        <w:t>dvije</w:t>
      </w:r>
      <w:proofErr w:type="spellEnd"/>
      <w:r w:rsidRPr="00471DB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71DBA">
        <w:rPr>
          <w:rFonts w:ascii="Arial" w:hAnsi="Arial" w:cs="Arial"/>
          <w:sz w:val="24"/>
          <w:szCs w:val="24"/>
        </w:rPr>
        <w:t>naknade</w:t>
      </w:r>
      <w:proofErr w:type="spellEnd"/>
      <w:r w:rsidRPr="00471DB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71DBA">
        <w:rPr>
          <w:rFonts w:ascii="Arial" w:hAnsi="Arial" w:cs="Arial"/>
          <w:sz w:val="24"/>
          <w:szCs w:val="24"/>
        </w:rPr>
        <w:t>godišnje</w:t>
      </w:r>
      <w:proofErr w:type="spellEnd"/>
      <w:r w:rsidRPr="00471DB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71DBA">
        <w:rPr>
          <w:rFonts w:ascii="Arial" w:hAnsi="Arial" w:cs="Arial"/>
          <w:sz w:val="24"/>
          <w:szCs w:val="24"/>
        </w:rPr>
        <w:t>omogućuje</w:t>
      </w:r>
      <w:proofErr w:type="spellEnd"/>
      <w:r w:rsidRPr="00471DB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71DBA">
        <w:rPr>
          <w:rFonts w:ascii="Arial" w:hAnsi="Arial" w:cs="Arial"/>
          <w:sz w:val="24"/>
          <w:szCs w:val="24"/>
        </w:rPr>
        <w:t>unaprijed</w:t>
      </w:r>
      <w:proofErr w:type="spellEnd"/>
      <w:r w:rsidRPr="00471DB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71DBA">
        <w:rPr>
          <w:rFonts w:ascii="Arial" w:hAnsi="Arial" w:cs="Arial"/>
          <w:sz w:val="24"/>
          <w:szCs w:val="24"/>
        </w:rPr>
        <w:t>određivanje</w:t>
      </w:r>
      <w:proofErr w:type="spellEnd"/>
      <w:r w:rsidRPr="00471DB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71DBA">
        <w:rPr>
          <w:rFonts w:ascii="Arial" w:hAnsi="Arial" w:cs="Arial"/>
          <w:sz w:val="24"/>
          <w:szCs w:val="24"/>
        </w:rPr>
        <w:t>maksimalnog</w:t>
      </w:r>
      <w:proofErr w:type="spellEnd"/>
      <w:r w:rsidRPr="00471DB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71DBA">
        <w:rPr>
          <w:rFonts w:ascii="Arial" w:hAnsi="Arial" w:cs="Arial"/>
          <w:sz w:val="24"/>
          <w:szCs w:val="24"/>
        </w:rPr>
        <w:t>iznosa</w:t>
      </w:r>
      <w:proofErr w:type="spellEnd"/>
      <w:r w:rsidRPr="00471DBA">
        <w:rPr>
          <w:rFonts w:ascii="Arial" w:hAnsi="Arial" w:cs="Arial"/>
          <w:sz w:val="24"/>
          <w:szCs w:val="24"/>
        </w:rPr>
        <w:t xml:space="preserve"> po </w:t>
      </w:r>
      <w:proofErr w:type="spellStart"/>
      <w:r w:rsidRPr="00471DBA">
        <w:rPr>
          <w:rFonts w:ascii="Arial" w:hAnsi="Arial" w:cs="Arial"/>
          <w:sz w:val="24"/>
          <w:szCs w:val="24"/>
        </w:rPr>
        <w:t>pojedinom</w:t>
      </w:r>
      <w:proofErr w:type="spellEnd"/>
      <w:r w:rsidRPr="00471DB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71DBA">
        <w:rPr>
          <w:rFonts w:ascii="Arial" w:hAnsi="Arial" w:cs="Arial"/>
          <w:sz w:val="24"/>
          <w:szCs w:val="24"/>
        </w:rPr>
        <w:t>sportašu</w:t>
      </w:r>
      <w:proofErr w:type="spellEnd"/>
      <w:r w:rsidRPr="00471DBA">
        <w:rPr>
          <w:rFonts w:ascii="Arial" w:hAnsi="Arial" w:cs="Arial"/>
          <w:sz w:val="24"/>
          <w:szCs w:val="24"/>
        </w:rPr>
        <w:t>.</w:t>
      </w:r>
    </w:p>
    <w:p w14:paraId="3517B8E8" w14:textId="77777777" w:rsidR="000C4192" w:rsidRDefault="000C4192" w:rsidP="000C4192">
      <w:pPr>
        <w:jc w:val="both"/>
        <w:rPr>
          <w:rFonts w:ascii="Arial" w:hAnsi="Arial" w:cs="Arial"/>
          <w:sz w:val="24"/>
          <w:szCs w:val="24"/>
        </w:rPr>
      </w:pPr>
    </w:p>
    <w:p w14:paraId="1966CF60" w14:textId="77777777" w:rsidR="000C4192" w:rsidRDefault="000C4192" w:rsidP="000C4192">
      <w:pPr>
        <w:jc w:val="both"/>
        <w:rPr>
          <w:rFonts w:ascii="Arial" w:hAnsi="Arial" w:cs="Arial"/>
          <w:sz w:val="24"/>
          <w:szCs w:val="24"/>
        </w:rPr>
      </w:pPr>
    </w:p>
    <w:p w14:paraId="6A1D603D" w14:textId="77777777" w:rsidR="000C4192" w:rsidRPr="00D742D5" w:rsidRDefault="000C4192" w:rsidP="000C4192">
      <w:pPr>
        <w:ind w:left="-284" w:right="-284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lastRenderedPageBreak/>
        <w:t xml:space="preserve">   </w:t>
      </w:r>
      <w:r w:rsidRPr="00D742D5">
        <w:rPr>
          <w:rFonts w:ascii="Arial" w:hAnsi="Arial" w:cs="Arial"/>
          <w:b/>
          <w:bCs/>
          <w:sz w:val="24"/>
          <w:szCs w:val="24"/>
        </w:rPr>
        <w:t xml:space="preserve">IV. </w:t>
      </w:r>
      <w:proofErr w:type="spellStart"/>
      <w:r>
        <w:rPr>
          <w:rFonts w:ascii="Arial" w:hAnsi="Arial" w:cs="Arial"/>
          <w:b/>
          <w:bCs/>
          <w:sz w:val="24"/>
          <w:szCs w:val="24"/>
        </w:rPr>
        <w:t>Savjetovanje</w:t>
      </w:r>
      <w:proofErr w:type="spellEnd"/>
      <w:r>
        <w:rPr>
          <w:rFonts w:ascii="Arial" w:hAnsi="Arial" w:cs="Arial"/>
          <w:b/>
          <w:bCs/>
          <w:sz w:val="24"/>
          <w:szCs w:val="24"/>
        </w:rPr>
        <w:t xml:space="preserve"> s </w:t>
      </w:r>
      <w:proofErr w:type="spellStart"/>
      <w:r>
        <w:rPr>
          <w:rFonts w:ascii="Arial" w:hAnsi="Arial" w:cs="Arial"/>
          <w:b/>
          <w:bCs/>
          <w:sz w:val="24"/>
          <w:szCs w:val="24"/>
        </w:rPr>
        <w:t>javnošću</w:t>
      </w:r>
      <w:proofErr w:type="spellEnd"/>
    </w:p>
    <w:p w14:paraId="0401FAB3" w14:textId="77777777" w:rsidR="000C4192" w:rsidRPr="00D742D5" w:rsidRDefault="000C4192" w:rsidP="000C4192">
      <w:pPr>
        <w:jc w:val="both"/>
        <w:rPr>
          <w:rFonts w:ascii="Arial" w:hAnsi="Arial" w:cs="Arial"/>
          <w:sz w:val="24"/>
          <w:szCs w:val="24"/>
        </w:rPr>
      </w:pPr>
      <w:proofErr w:type="spellStart"/>
      <w:r w:rsidRPr="00D742D5">
        <w:rPr>
          <w:rFonts w:ascii="Arial" w:hAnsi="Arial" w:cs="Arial"/>
          <w:sz w:val="24"/>
          <w:szCs w:val="24"/>
        </w:rPr>
        <w:t>Člankom</w:t>
      </w:r>
      <w:proofErr w:type="spellEnd"/>
      <w:r w:rsidRPr="00D742D5">
        <w:rPr>
          <w:rFonts w:ascii="Arial" w:hAnsi="Arial" w:cs="Arial"/>
          <w:sz w:val="24"/>
          <w:szCs w:val="24"/>
        </w:rPr>
        <w:t xml:space="preserve"> 11. </w:t>
      </w:r>
      <w:proofErr w:type="spellStart"/>
      <w:r w:rsidRPr="00D742D5">
        <w:rPr>
          <w:rFonts w:ascii="Arial" w:hAnsi="Arial" w:cs="Arial"/>
          <w:sz w:val="24"/>
          <w:szCs w:val="24"/>
        </w:rPr>
        <w:t>Zakona</w:t>
      </w:r>
      <w:proofErr w:type="spellEnd"/>
      <w:r w:rsidRPr="00D742D5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D742D5">
        <w:rPr>
          <w:rFonts w:ascii="Arial" w:hAnsi="Arial" w:cs="Arial"/>
          <w:sz w:val="24"/>
          <w:szCs w:val="24"/>
        </w:rPr>
        <w:t>pravu</w:t>
      </w:r>
      <w:proofErr w:type="spellEnd"/>
      <w:r w:rsidRPr="00D742D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42D5">
        <w:rPr>
          <w:rFonts w:ascii="Arial" w:hAnsi="Arial" w:cs="Arial"/>
          <w:sz w:val="24"/>
          <w:szCs w:val="24"/>
        </w:rPr>
        <w:t>na</w:t>
      </w:r>
      <w:proofErr w:type="spellEnd"/>
      <w:r w:rsidRPr="00D742D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42D5">
        <w:rPr>
          <w:rFonts w:ascii="Arial" w:hAnsi="Arial" w:cs="Arial"/>
          <w:sz w:val="24"/>
          <w:szCs w:val="24"/>
        </w:rPr>
        <w:t>pristup</w:t>
      </w:r>
      <w:proofErr w:type="spellEnd"/>
      <w:r w:rsidRPr="00D742D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42D5">
        <w:rPr>
          <w:rFonts w:ascii="Arial" w:hAnsi="Arial" w:cs="Arial"/>
          <w:sz w:val="24"/>
          <w:szCs w:val="24"/>
        </w:rPr>
        <w:t>informacijama</w:t>
      </w:r>
      <w:proofErr w:type="spellEnd"/>
      <w:r w:rsidRPr="00D742D5">
        <w:rPr>
          <w:rFonts w:ascii="Arial" w:hAnsi="Arial" w:cs="Arial"/>
          <w:sz w:val="24"/>
          <w:szCs w:val="24"/>
        </w:rPr>
        <w:t xml:space="preserve"> („</w:t>
      </w:r>
      <w:proofErr w:type="spellStart"/>
      <w:r w:rsidRPr="00D742D5">
        <w:rPr>
          <w:rFonts w:ascii="Arial" w:hAnsi="Arial" w:cs="Arial"/>
          <w:sz w:val="24"/>
          <w:szCs w:val="24"/>
        </w:rPr>
        <w:t>Narodne</w:t>
      </w:r>
      <w:proofErr w:type="spellEnd"/>
      <w:r w:rsidRPr="00D742D5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D742D5">
        <w:rPr>
          <w:rFonts w:ascii="Arial" w:hAnsi="Arial" w:cs="Arial"/>
          <w:sz w:val="24"/>
          <w:szCs w:val="24"/>
        </w:rPr>
        <w:t xml:space="preserve">novine“ </w:t>
      </w:r>
      <w:proofErr w:type="spellStart"/>
      <w:r w:rsidRPr="00D742D5">
        <w:rPr>
          <w:rFonts w:ascii="Arial" w:hAnsi="Arial" w:cs="Arial"/>
          <w:sz w:val="24"/>
          <w:szCs w:val="24"/>
        </w:rPr>
        <w:t>broj</w:t>
      </w:r>
      <w:proofErr w:type="spellEnd"/>
      <w:proofErr w:type="gramEnd"/>
      <w:r w:rsidRPr="00D742D5">
        <w:rPr>
          <w:rFonts w:ascii="Arial" w:hAnsi="Arial" w:cs="Arial"/>
          <w:sz w:val="24"/>
          <w:szCs w:val="24"/>
        </w:rPr>
        <w:t xml:space="preserve"> 25/13, 85/15 </w:t>
      </w:r>
      <w:proofErr w:type="spellStart"/>
      <w:r w:rsidRPr="00D742D5">
        <w:rPr>
          <w:rFonts w:ascii="Arial" w:hAnsi="Arial" w:cs="Arial"/>
          <w:sz w:val="24"/>
          <w:szCs w:val="24"/>
        </w:rPr>
        <w:t>i</w:t>
      </w:r>
      <w:proofErr w:type="spellEnd"/>
      <w:r w:rsidRPr="00D742D5">
        <w:rPr>
          <w:rFonts w:ascii="Arial" w:hAnsi="Arial" w:cs="Arial"/>
          <w:sz w:val="24"/>
          <w:szCs w:val="24"/>
        </w:rPr>
        <w:t xml:space="preserve"> 69/22) </w:t>
      </w:r>
      <w:proofErr w:type="spellStart"/>
      <w:r w:rsidRPr="00D742D5">
        <w:rPr>
          <w:rFonts w:ascii="Arial" w:hAnsi="Arial" w:cs="Arial"/>
          <w:sz w:val="24"/>
          <w:szCs w:val="24"/>
        </w:rPr>
        <w:t>propisuje</w:t>
      </w:r>
      <w:proofErr w:type="spellEnd"/>
      <w:r w:rsidRPr="00D742D5">
        <w:rPr>
          <w:rFonts w:ascii="Arial" w:hAnsi="Arial" w:cs="Arial"/>
          <w:sz w:val="24"/>
          <w:szCs w:val="24"/>
        </w:rPr>
        <w:t xml:space="preserve"> se </w:t>
      </w:r>
      <w:proofErr w:type="spellStart"/>
      <w:r w:rsidRPr="00D742D5">
        <w:rPr>
          <w:rFonts w:ascii="Arial" w:hAnsi="Arial" w:cs="Arial"/>
          <w:sz w:val="24"/>
          <w:szCs w:val="24"/>
        </w:rPr>
        <w:t>obveza</w:t>
      </w:r>
      <w:proofErr w:type="spellEnd"/>
      <w:r w:rsidRPr="00D742D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42D5">
        <w:rPr>
          <w:rFonts w:ascii="Arial" w:hAnsi="Arial" w:cs="Arial"/>
          <w:sz w:val="24"/>
          <w:szCs w:val="24"/>
        </w:rPr>
        <w:t>jedinica</w:t>
      </w:r>
      <w:proofErr w:type="spellEnd"/>
      <w:r w:rsidRPr="00D742D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42D5">
        <w:rPr>
          <w:rFonts w:ascii="Arial" w:hAnsi="Arial" w:cs="Arial"/>
          <w:sz w:val="24"/>
          <w:szCs w:val="24"/>
        </w:rPr>
        <w:t>lokalne</w:t>
      </w:r>
      <w:proofErr w:type="spellEnd"/>
      <w:r w:rsidRPr="00D742D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42D5">
        <w:rPr>
          <w:rFonts w:ascii="Arial" w:hAnsi="Arial" w:cs="Arial"/>
          <w:sz w:val="24"/>
          <w:szCs w:val="24"/>
        </w:rPr>
        <w:t>samouprave</w:t>
      </w:r>
      <w:proofErr w:type="spellEnd"/>
      <w:r w:rsidRPr="00D742D5">
        <w:rPr>
          <w:rFonts w:ascii="Arial" w:hAnsi="Arial" w:cs="Arial"/>
          <w:sz w:val="24"/>
          <w:szCs w:val="24"/>
        </w:rPr>
        <w:t xml:space="preserve"> da u </w:t>
      </w:r>
      <w:proofErr w:type="spellStart"/>
      <w:r w:rsidRPr="00D742D5">
        <w:rPr>
          <w:rFonts w:ascii="Arial" w:hAnsi="Arial" w:cs="Arial"/>
          <w:sz w:val="24"/>
          <w:szCs w:val="24"/>
        </w:rPr>
        <w:t>svrhu</w:t>
      </w:r>
      <w:proofErr w:type="spellEnd"/>
      <w:r w:rsidRPr="00D742D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42D5">
        <w:rPr>
          <w:rFonts w:ascii="Arial" w:hAnsi="Arial" w:cs="Arial"/>
          <w:sz w:val="24"/>
          <w:szCs w:val="24"/>
        </w:rPr>
        <w:t>savjetovanja</w:t>
      </w:r>
      <w:proofErr w:type="spellEnd"/>
      <w:r w:rsidRPr="00D742D5">
        <w:rPr>
          <w:rFonts w:ascii="Arial" w:hAnsi="Arial" w:cs="Arial"/>
          <w:sz w:val="24"/>
          <w:szCs w:val="24"/>
        </w:rPr>
        <w:t xml:space="preserve"> s </w:t>
      </w:r>
      <w:proofErr w:type="spellStart"/>
      <w:r w:rsidRPr="00D742D5">
        <w:rPr>
          <w:rFonts w:ascii="Arial" w:hAnsi="Arial" w:cs="Arial"/>
          <w:sz w:val="24"/>
          <w:szCs w:val="24"/>
        </w:rPr>
        <w:t>javnošću</w:t>
      </w:r>
      <w:proofErr w:type="spellEnd"/>
      <w:r w:rsidRPr="00D742D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42D5">
        <w:rPr>
          <w:rFonts w:ascii="Arial" w:hAnsi="Arial" w:cs="Arial"/>
          <w:sz w:val="24"/>
          <w:szCs w:val="24"/>
        </w:rPr>
        <w:t>javno</w:t>
      </w:r>
      <w:proofErr w:type="spellEnd"/>
      <w:r w:rsidRPr="00D742D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42D5">
        <w:rPr>
          <w:rFonts w:ascii="Arial" w:hAnsi="Arial" w:cs="Arial"/>
          <w:sz w:val="24"/>
          <w:szCs w:val="24"/>
        </w:rPr>
        <w:t>objave</w:t>
      </w:r>
      <w:proofErr w:type="spellEnd"/>
      <w:r w:rsidRPr="00D742D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42D5">
        <w:rPr>
          <w:rFonts w:ascii="Arial" w:hAnsi="Arial" w:cs="Arial"/>
          <w:sz w:val="24"/>
          <w:szCs w:val="24"/>
        </w:rPr>
        <w:t>na</w:t>
      </w:r>
      <w:proofErr w:type="spellEnd"/>
      <w:r w:rsidRPr="00D742D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42D5">
        <w:rPr>
          <w:rFonts w:ascii="Arial" w:hAnsi="Arial" w:cs="Arial"/>
          <w:sz w:val="24"/>
          <w:szCs w:val="24"/>
        </w:rPr>
        <w:t>internetskim</w:t>
      </w:r>
      <w:proofErr w:type="spellEnd"/>
      <w:r w:rsidRPr="00D742D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42D5">
        <w:rPr>
          <w:rFonts w:ascii="Arial" w:hAnsi="Arial" w:cs="Arial"/>
          <w:sz w:val="24"/>
          <w:szCs w:val="24"/>
        </w:rPr>
        <w:t>stranicama</w:t>
      </w:r>
      <w:proofErr w:type="spellEnd"/>
      <w:r w:rsidRPr="00D742D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42D5">
        <w:rPr>
          <w:rFonts w:ascii="Arial" w:hAnsi="Arial" w:cs="Arial"/>
          <w:sz w:val="24"/>
          <w:szCs w:val="24"/>
        </w:rPr>
        <w:t>nacrte</w:t>
      </w:r>
      <w:proofErr w:type="spellEnd"/>
      <w:r w:rsidRPr="00D742D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42D5">
        <w:rPr>
          <w:rFonts w:ascii="Arial" w:hAnsi="Arial" w:cs="Arial"/>
          <w:sz w:val="24"/>
          <w:szCs w:val="24"/>
        </w:rPr>
        <w:t>općih</w:t>
      </w:r>
      <w:proofErr w:type="spellEnd"/>
      <w:r w:rsidRPr="00D742D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42D5">
        <w:rPr>
          <w:rFonts w:ascii="Arial" w:hAnsi="Arial" w:cs="Arial"/>
          <w:sz w:val="24"/>
          <w:szCs w:val="24"/>
        </w:rPr>
        <w:t>akata</w:t>
      </w:r>
      <w:proofErr w:type="spellEnd"/>
      <w:r w:rsidRPr="00D742D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42D5">
        <w:rPr>
          <w:rFonts w:ascii="Arial" w:hAnsi="Arial" w:cs="Arial"/>
          <w:sz w:val="24"/>
          <w:szCs w:val="24"/>
        </w:rPr>
        <w:t>kojima</w:t>
      </w:r>
      <w:proofErr w:type="spellEnd"/>
      <w:r w:rsidRPr="00D742D5">
        <w:rPr>
          <w:rFonts w:ascii="Arial" w:hAnsi="Arial" w:cs="Arial"/>
          <w:sz w:val="24"/>
          <w:szCs w:val="24"/>
        </w:rPr>
        <w:t xml:space="preserve"> se </w:t>
      </w:r>
      <w:proofErr w:type="spellStart"/>
      <w:r w:rsidRPr="00D742D5">
        <w:rPr>
          <w:rFonts w:ascii="Arial" w:hAnsi="Arial" w:cs="Arial"/>
          <w:sz w:val="24"/>
          <w:szCs w:val="24"/>
        </w:rPr>
        <w:t>uređuju</w:t>
      </w:r>
      <w:proofErr w:type="spellEnd"/>
      <w:r w:rsidRPr="00D742D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42D5">
        <w:rPr>
          <w:rFonts w:ascii="Arial" w:hAnsi="Arial" w:cs="Arial"/>
          <w:sz w:val="24"/>
          <w:szCs w:val="24"/>
        </w:rPr>
        <w:t>pitanja</w:t>
      </w:r>
      <w:proofErr w:type="spellEnd"/>
      <w:r w:rsidRPr="00D742D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42D5">
        <w:rPr>
          <w:rFonts w:ascii="Arial" w:hAnsi="Arial" w:cs="Arial"/>
          <w:sz w:val="24"/>
          <w:szCs w:val="24"/>
        </w:rPr>
        <w:t>od</w:t>
      </w:r>
      <w:proofErr w:type="spellEnd"/>
      <w:r w:rsidRPr="00D742D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42D5">
        <w:rPr>
          <w:rFonts w:ascii="Arial" w:hAnsi="Arial" w:cs="Arial"/>
          <w:sz w:val="24"/>
          <w:szCs w:val="24"/>
        </w:rPr>
        <w:t>značenja</w:t>
      </w:r>
      <w:proofErr w:type="spellEnd"/>
      <w:r w:rsidRPr="00D742D5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D742D5">
        <w:rPr>
          <w:rFonts w:ascii="Arial" w:hAnsi="Arial" w:cs="Arial"/>
          <w:sz w:val="24"/>
          <w:szCs w:val="24"/>
        </w:rPr>
        <w:t>život</w:t>
      </w:r>
      <w:proofErr w:type="spellEnd"/>
      <w:r w:rsidRPr="00D742D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42D5">
        <w:rPr>
          <w:rFonts w:ascii="Arial" w:hAnsi="Arial" w:cs="Arial"/>
          <w:sz w:val="24"/>
          <w:szCs w:val="24"/>
        </w:rPr>
        <w:t>građana</w:t>
      </w:r>
      <w:proofErr w:type="spellEnd"/>
      <w:r w:rsidRPr="00D742D5">
        <w:rPr>
          <w:rFonts w:ascii="Arial" w:hAnsi="Arial" w:cs="Arial"/>
          <w:sz w:val="24"/>
          <w:szCs w:val="24"/>
        </w:rPr>
        <w:t xml:space="preserve">. Na taj se </w:t>
      </w:r>
      <w:proofErr w:type="spellStart"/>
      <w:r w:rsidRPr="00D742D5">
        <w:rPr>
          <w:rFonts w:ascii="Arial" w:hAnsi="Arial" w:cs="Arial"/>
          <w:sz w:val="24"/>
          <w:szCs w:val="24"/>
        </w:rPr>
        <w:t>način</w:t>
      </w:r>
      <w:proofErr w:type="spellEnd"/>
      <w:r w:rsidRPr="00D742D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42D5">
        <w:rPr>
          <w:rFonts w:ascii="Arial" w:hAnsi="Arial" w:cs="Arial"/>
          <w:sz w:val="24"/>
          <w:szCs w:val="24"/>
        </w:rPr>
        <w:t>želi</w:t>
      </w:r>
      <w:proofErr w:type="spellEnd"/>
      <w:r w:rsidRPr="00D742D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42D5">
        <w:rPr>
          <w:rFonts w:ascii="Arial" w:hAnsi="Arial" w:cs="Arial"/>
          <w:sz w:val="24"/>
          <w:szCs w:val="24"/>
        </w:rPr>
        <w:t>upoznati</w:t>
      </w:r>
      <w:proofErr w:type="spellEnd"/>
      <w:r w:rsidRPr="00D742D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42D5">
        <w:rPr>
          <w:rFonts w:ascii="Arial" w:hAnsi="Arial" w:cs="Arial"/>
          <w:sz w:val="24"/>
          <w:szCs w:val="24"/>
        </w:rPr>
        <w:t>javnost</w:t>
      </w:r>
      <w:proofErr w:type="spellEnd"/>
      <w:r w:rsidRPr="00D742D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42D5">
        <w:rPr>
          <w:rFonts w:ascii="Arial" w:hAnsi="Arial" w:cs="Arial"/>
          <w:sz w:val="24"/>
          <w:szCs w:val="24"/>
        </w:rPr>
        <w:t>sa</w:t>
      </w:r>
      <w:proofErr w:type="spellEnd"/>
      <w:r w:rsidRPr="00D742D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42D5">
        <w:rPr>
          <w:rFonts w:ascii="Arial" w:hAnsi="Arial" w:cs="Arial"/>
          <w:sz w:val="24"/>
          <w:szCs w:val="24"/>
        </w:rPr>
        <w:t>predloženim</w:t>
      </w:r>
      <w:proofErr w:type="spellEnd"/>
      <w:r w:rsidRPr="00D742D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42D5">
        <w:rPr>
          <w:rFonts w:ascii="Arial" w:hAnsi="Arial" w:cs="Arial"/>
          <w:sz w:val="24"/>
          <w:szCs w:val="24"/>
        </w:rPr>
        <w:t>nacrtom</w:t>
      </w:r>
      <w:proofErr w:type="spellEnd"/>
      <w:r w:rsidRPr="00D742D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42D5">
        <w:rPr>
          <w:rFonts w:ascii="Arial" w:hAnsi="Arial" w:cs="Arial"/>
          <w:sz w:val="24"/>
          <w:szCs w:val="24"/>
        </w:rPr>
        <w:t>Prijedloga</w:t>
      </w:r>
      <w:proofErr w:type="spellEnd"/>
      <w:r w:rsidRPr="00D742D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42D5">
        <w:rPr>
          <w:rFonts w:ascii="Arial" w:hAnsi="Arial" w:cs="Arial"/>
          <w:sz w:val="24"/>
          <w:szCs w:val="24"/>
        </w:rPr>
        <w:t>i</w:t>
      </w:r>
      <w:proofErr w:type="spellEnd"/>
      <w:r w:rsidRPr="00D742D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42D5">
        <w:rPr>
          <w:rFonts w:ascii="Arial" w:hAnsi="Arial" w:cs="Arial"/>
          <w:sz w:val="24"/>
          <w:szCs w:val="24"/>
        </w:rPr>
        <w:t>pribaviti</w:t>
      </w:r>
      <w:proofErr w:type="spellEnd"/>
      <w:r w:rsidRPr="00D742D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42D5">
        <w:rPr>
          <w:rFonts w:ascii="Arial" w:hAnsi="Arial" w:cs="Arial"/>
          <w:sz w:val="24"/>
          <w:szCs w:val="24"/>
        </w:rPr>
        <w:t>mišljenja</w:t>
      </w:r>
      <w:proofErr w:type="spellEnd"/>
      <w:r w:rsidRPr="00D742D5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D742D5">
        <w:rPr>
          <w:rFonts w:ascii="Arial" w:hAnsi="Arial" w:cs="Arial"/>
          <w:sz w:val="24"/>
          <w:szCs w:val="24"/>
        </w:rPr>
        <w:t>primjedbe</w:t>
      </w:r>
      <w:proofErr w:type="spellEnd"/>
      <w:r w:rsidRPr="00D742D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42D5">
        <w:rPr>
          <w:rFonts w:ascii="Arial" w:hAnsi="Arial" w:cs="Arial"/>
          <w:sz w:val="24"/>
          <w:szCs w:val="24"/>
        </w:rPr>
        <w:t>i</w:t>
      </w:r>
      <w:proofErr w:type="spellEnd"/>
      <w:r w:rsidRPr="00D742D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42D5">
        <w:rPr>
          <w:rFonts w:ascii="Arial" w:hAnsi="Arial" w:cs="Arial"/>
          <w:sz w:val="24"/>
          <w:szCs w:val="24"/>
        </w:rPr>
        <w:t>prijedloge</w:t>
      </w:r>
      <w:proofErr w:type="spellEnd"/>
      <w:r w:rsidRPr="00D742D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42D5">
        <w:rPr>
          <w:rFonts w:ascii="Arial" w:hAnsi="Arial" w:cs="Arial"/>
          <w:sz w:val="24"/>
          <w:szCs w:val="24"/>
        </w:rPr>
        <w:t>zainteresirane</w:t>
      </w:r>
      <w:proofErr w:type="spellEnd"/>
      <w:r w:rsidRPr="00D742D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42D5">
        <w:rPr>
          <w:rFonts w:ascii="Arial" w:hAnsi="Arial" w:cs="Arial"/>
          <w:sz w:val="24"/>
          <w:szCs w:val="24"/>
        </w:rPr>
        <w:t>javnosti</w:t>
      </w:r>
      <w:proofErr w:type="spellEnd"/>
      <w:r w:rsidRPr="00D742D5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D742D5">
        <w:rPr>
          <w:rFonts w:ascii="Arial" w:hAnsi="Arial" w:cs="Arial"/>
          <w:sz w:val="24"/>
          <w:szCs w:val="24"/>
        </w:rPr>
        <w:t>kako</w:t>
      </w:r>
      <w:proofErr w:type="spellEnd"/>
      <w:r w:rsidRPr="00D742D5">
        <w:rPr>
          <w:rFonts w:ascii="Arial" w:hAnsi="Arial" w:cs="Arial"/>
          <w:sz w:val="24"/>
          <w:szCs w:val="24"/>
        </w:rPr>
        <w:t xml:space="preserve"> bi </w:t>
      </w:r>
      <w:proofErr w:type="spellStart"/>
      <w:r w:rsidRPr="00D742D5">
        <w:rPr>
          <w:rFonts w:ascii="Arial" w:hAnsi="Arial" w:cs="Arial"/>
          <w:sz w:val="24"/>
          <w:szCs w:val="24"/>
        </w:rPr>
        <w:t>predloženo</w:t>
      </w:r>
      <w:proofErr w:type="spellEnd"/>
      <w:r w:rsidRPr="00D742D5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D742D5">
        <w:rPr>
          <w:rFonts w:ascii="Arial" w:hAnsi="Arial" w:cs="Arial"/>
          <w:sz w:val="24"/>
          <w:szCs w:val="24"/>
        </w:rPr>
        <w:t>zakonito</w:t>
      </w:r>
      <w:proofErr w:type="spellEnd"/>
      <w:r w:rsidRPr="00D742D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42D5">
        <w:rPr>
          <w:rFonts w:ascii="Arial" w:hAnsi="Arial" w:cs="Arial"/>
          <w:sz w:val="24"/>
          <w:szCs w:val="24"/>
        </w:rPr>
        <w:t>i</w:t>
      </w:r>
      <w:proofErr w:type="spellEnd"/>
      <w:r w:rsidRPr="00D742D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42D5">
        <w:rPr>
          <w:rFonts w:ascii="Arial" w:hAnsi="Arial" w:cs="Arial"/>
          <w:sz w:val="24"/>
          <w:szCs w:val="24"/>
        </w:rPr>
        <w:t>stručno</w:t>
      </w:r>
      <w:proofErr w:type="spellEnd"/>
      <w:r w:rsidRPr="00D742D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42D5">
        <w:rPr>
          <w:rFonts w:ascii="Arial" w:hAnsi="Arial" w:cs="Arial"/>
          <w:sz w:val="24"/>
          <w:szCs w:val="24"/>
        </w:rPr>
        <w:t>utemeljeno</w:t>
      </w:r>
      <w:proofErr w:type="spellEnd"/>
      <w:r w:rsidRPr="00D742D5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D742D5">
        <w:rPr>
          <w:rFonts w:ascii="Arial" w:hAnsi="Arial" w:cs="Arial"/>
          <w:sz w:val="24"/>
          <w:szCs w:val="24"/>
        </w:rPr>
        <w:t>bilo</w:t>
      </w:r>
      <w:proofErr w:type="spellEnd"/>
      <w:r w:rsidRPr="00D742D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42D5">
        <w:rPr>
          <w:rFonts w:ascii="Arial" w:hAnsi="Arial" w:cs="Arial"/>
          <w:sz w:val="24"/>
          <w:szCs w:val="24"/>
        </w:rPr>
        <w:t>prihvaćeno</w:t>
      </w:r>
      <w:proofErr w:type="spellEnd"/>
      <w:r w:rsidRPr="00D742D5">
        <w:rPr>
          <w:rFonts w:ascii="Arial" w:hAnsi="Arial" w:cs="Arial"/>
          <w:sz w:val="24"/>
          <w:szCs w:val="24"/>
        </w:rPr>
        <w:t xml:space="preserve"> od </w:t>
      </w:r>
      <w:proofErr w:type="spellStart"/>
      <w:r w:rsidRPr="00D742D5">
        <w:rPr>
          <w:rFonts w:ascii="Arial" w:hAnsi="Arial" w:cs="Arial"/>
          <w:sz w:val="24"/>
          <w:szCs w:val="24"/>
        </w:rPr>
        <w:t>strane</w:t>
      </w:r>
      <w:proofErr w:type="spellEnd"/>
      <w:r w:rsidRPr="00D742D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42D5">
        <w:rPr>
          <w:rFonts w:ascii="Arial" w:hAnsi="Arial" w:cs="Arial"/>
          <w:sz w:val="24"/>
          <w:szCs w:val="24"/>
        </w:rPr>
        <w:t>donositelja</w:t>
      </w:r>
      <w:proofErr w:type="spellEnd"/>
      <w:r w:rsidRPr="00D742D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42D5">
        <w:rPr>
          <w:rFonts w:ascii="Arial" w:hAnsi="Arial" w:cs="Arial"/>
          <w:sz w:val="24"/>
          <w:szCs w:val="24"/>
        </w:rPr>
        <w:t>Prijedloga</w:t>
      </w:r>
      <w:proofErr w:type="spellEnd"/>
      <w:r w:rsidRPr="00D742D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42D5">
        <w:rPr>
          <w:rFonts w:ascii="Arial" w:hAnsi="Arial" w:cs="Arial"/>
          <w:sz w:val="24"/>
          <w:szCs w:val="24"/>
        </w:rPr>
        <w:t>i</w:t>
      </w:r>
      <w:proofErr w:type="spellEnd"/>
      <w:r w:rsidRPr="00D742D5">
        <w:rPr>
          <w:rFonts w:ascii="Arial" w:hAnsi="Arial" w:cs="Arial"/>
          <w:sz w:val="24"/>
          <w:szCs w:val="24"/>
        </w:rPr>
        <w:t xml:space="preserve"> u </w:t>
      </w:r>
      <w:proofErr w:type="spellStart"/>
      <w:r w:rsidRPr="00D742D5">
        <w:rPr>
          <w:rFonts w:ascii="Arial" w:hAnsi="Arial" w:cs="Arial"/>
          <w:sz w:val="24"/>
          <w:szCs w:val="24"/>
        </w:rPr>
        <w:t>konačnosti</w:t>
      </w:r>
      <w:proofErr w:type="spellEnd"/>
      <w:r w:rsidRPr="00D742D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42D5">
        <w:rPr>
          <w:rFonts w:ascii="Arial" w:hAnsi="Arial" w:cs="Arial"/>
          <w:sz w:val="24"/>
          <w:szCs w:val="24"/>
        </w:rPr>
        <w:t>ugrađeno</w:t>
      </w:r>
      <w:proofErr w:type="spellEnd"/>
      <w:r w:rsidRPr="00D742D5">
        <w:rPr>
          <w:rFonts w:ascii="Arial" w:hAnsi="Arial" w:cs="Arial"/>
          <w:sz w:val="24"/>
          <w:szCs w:val="24"/>
        </w:rPr>
        <w:t xml:space="preserve"> u </w:t>
      </w:r>
      <w:proofErr w:type="spellStart"/>
      <w:r w:rsidRPr="00D742D5">
        <w:rPr>
          <w:rFonts w:ascii="Arial" w:hAnsi="Arial" w:cs="Arial"/>
          <w:sz w:val="24"/>
          <w:szCs w:val="24"/>
        </w:rPr>
        <w:t>odredbe</w:t>
      </w:r>
      <w:proofErr w:type="spellEnd"/>
      <w:r w:rsidRPr="00D742D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42D5">
        <w:rPr>
          <w:rFonts w:ascii="Arial" w:hAnsi="Arial" w:cs="Arial"/>
          <w:sz w:val="24"/>
          <w:szCs w:val="24"/>
        </w:rPr>
        <w:t>Prijedloga</w:t>
      </w:r>
      <w:proofErr w:type="spellEnd"/>
      <w:r w:rsidRPr="00D742D5">
        <w:rPr>
          <w:rFonts w:ascii="Arial" w:hAnsi="Arial" w:cs="Arial"/>
          <w:sz w:val="24"/>
          <w:szCs w:val="24"/>
        </w:rPr>
        <w:t>.</w:t>
      </w:r>
    </w:p>
    <w:p w14:paraId="5AFB6624" w14:textId="77777777" w:rsidR="000C4192" w:rsidRDefault="000C4192" w:rsidP="000C4192">
      <w:pPr>
        <w:rPr>
          <w:rFonts w:ascii="Arial" w:eastAsia="Times New Roman" w:hAnsi="Arial" w:cs="Arial"/>
          <w:b/>
          <w:bCs/>
          <w:sz w:val="24"/>
          <w:szCs w:val="24"/>
          <w:lang w:eastAsia="sl-SI"/>
        </w:rPr>
      </w:pPr>
    </w:p>
    <w:tbl>
      <w:tblPr>
        <w:tblW w:w="0" w:type="auto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25"/>
      </w:tblGrid>
      <w:tr w:rsidR="000C4192" w:rsidRPr="0089144E" w14:paraId="48D28F42" w14:textId="77777777" w:rsidTr="002C642A">
        <w:trPr>
          <w:trHeight w:val="715"/>
        </w:trPr>
        <w:tc>
          <w:tcPr>
            <w:tcW w:w="8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8A46FF" w14:textId="20382C20" w:rsidR="000C4192" w:rsidRPr="0089144E" w:rsidRDefault="000C4192" w:rsidP="002C642A">
            <w:pPr>
              <w:suppressAutoHyphens/>
              <w:spacing w:after="0"/>
              <w:jc w:val="both"/>
              <w:rPr>
                <w:rFonts w:ascii="Arial" w:eastAsia="WenQuanYi Micro Hei" w:hAnsi="Arial" w:cs="Arial"/>
                <w:b/>
                <w:bCs/>
                <w:iCs/>
                <w:sz w:val="24"/>
                <w:szCs w:val="24"/>
                <w:lang w:eastAsia="zh-CN" w:bidi="hi-IN"/>
              </w:rPr>
            </w:pPr>
            <w:proofErr w:type="spellStart"/>
            <w:r w:rsidRPr="0089144E">
              <w:rPr>
                <w:rFonts w:ascii="Arial" w:eastAsia="WenQuanYi Micro Hei" w:hAnsi="Arial" w:cs="Arial"/>
                <w:b/>
                <w:iCs/>
                <w:sz w:val="24"/>
                <w:szCs w:val="24"/>
                <w:lang w:eastAsia="zh-CN" w:bidi="hi-IN"/>
              </w:rPr>
              <w:t>Savjetovanje</w:t>
            </w:r>
            <w:proofErr w:type="spellEnd"/>
            <w:r w:rsidRPr="0089144E">
              <w:rPr>
                <w:rFonts w:ascii="Arial" w:eastAsia="WenQuanYi Micro Hei" w:hAnsi="Arial" w:cs="Arial"/>
                <w:b/>
                <w:iCs/>
                <w:sz w:val="24"/>
                <w:szCs w:val="24"/>
                <w:lang w:eastAsia="zh-CN" w:bidi="hi-IN"/>
              </w:rPr>
              <w:t xml:space="preserve"> </w:t>
            </w:r>
            <w:proofErr w:type="gramStart"/>
            <w:r w:rsidRPr="0089144E">
              <w:rPr>
                <w:rFonts w:ascii="Arial" w:eastAsia="WenQuanYi Micro Hei" w:hAnsi="Arial" w:cs="Arial"/>
                <w:b/>
                <w:iCs/>
                <w:sz w:val="24"/>
                <w:szCs w:val="24"/>
                <w:lang w:eastAsia="zh-CN" w:bidi="hi-IN"/>
              </w:rPr>
              <w:t xml:space="preserve">s  </w:t>
            </w:r>
            <w:proofErr w:type="spellStart"/>
            <w:r w:rsidRPr="0089144E">
              <w:rPr>
                <w:rFonts w:ascii="Arial" w:eastAsia="WenQuanYi Micro Hei" w:hAnsi="Arial" w:cs="Arial"/>
                <w:b/>
                <w:iCs/>
                <w:sz w:val="24"/>
                <w:szCs w:val="24"/>
                <w:lang w:eastAsia="zh-CN" w:bidi="hi-IN"/>
              </w:rPr>
              <w:t>javnošću</w:t>
            </w:r>
            <w:proofErr w:type="spellEnd"/>
            <w:proofErr w:type="gramEnd"/>
            <w:r w:rsidRPr="0089144E">
              <w:rPr>
                <w:rFonts w:ascii="Arial" w:eastAsia="WenQuanYi Micro Hei" w:hAnsi="Arial" w:cs="Arial"/>
                <w:b/>
                <w:iCs/>
                <w:sz w:val="24"/>
                <w:szCs w:val="24"/>
                <w:lang w:eastAsia="zh-CN" w:bidi="hi-IN"/>
              </w:rPr>
              <w:t xml:space="preserve"> bit </w:t>
            </w:r>
            <w:proofErr w:type="spellStart"/>
            <w:r w:rsidRPr="0089144E">
              <w:rPr>
                <w:rFonts w:ascii="Arial" w:eastAsia="WenQuanYi Micro Hei" w:hAnsi="Arial" w:cs="Arial"/>
                <w:b/>
                <w:iCs/>
                <w:sz w:val="24"/>
                <w:szCs w:val="24"/>
                <w:lang w:eastAsia="zh-CN" w:bidi="hi-IN"/>
              </w:rPr>
              <w:t>će</w:t>
            </w:r>
            <w:proofErr w:type="spellEnd"/>
            <w:r w:rsidRPr="0089144E">
              <w:rPr>
                <w:rFonts w:ascii="Arial" w:eastAsia="WenQuanYi Micro Hei" w:hAnsi="Arial" w:cs="Arial"/>
                <w:b/>
                <w:iCs/>
                <w:sz w:val="24"/>
                <w:szCs w:val="24"/>
                <w:lang w:eastAsia="zh-CN" w:bidi="hi-IN"/>
              </w:rPr>
              <w:t xml:space="preserve"> </w:t>
            </w:r>
            <w:proofErr w:type="spellStart"/>
            <w:r w:rsidRPr="0089144E">
              <w:rPr>
                <w:rFonts w:ascii="Arial" w:eastAsia="WenQuanYi Micro Hei" w:hAnsi="Arial" w:cs="Arial"/>
                <w:b/>
                <w:iCs/>
                <w:sz w:val="24"/>
                <w:szCs w:val="24"/>
                <w:lang w:eastAsia="zh-CN" w:bidi="hi-IN"/>
              </w:rPr>
              <w:t>otvoreno</w:t>
            </w:r>
            <w:proofErr w:type="spellEnd"/>
            <w:r w:rsidRPr="0089144E">
              <w:rPr>
                <w:rFonts w:ascii="Arial" w:eastAsia="WenQuanYi Micro Hei" w:hAnsi="Arial" w:cs="Arial"/>
                <w:b/>
                <w:iCs/>
                <w:sz w:val="24"/>
                <w:szCs w:val="24"/>
                <w:lang w:eastAsia="zh-CN" w:bidi="hi-IN"/>
              </w:rPr>
              <w:t xml:space="preserve"> </w:t>
            </w:r>
            <w:proofErr w:type="gramStart"/>
            <w:r w:rsidRPr="0089144E">
              <w:rPr>
                <w:rFonts w:ascii="Arial" w:eastAsia="WenQuanYi Micro Hei" w:hAnsi="Arial" w:cs="Arial"/>
                <w:b/>
                <w:iCs/>
                <w:sz w:val="24"/>
                <w:szCs w:val="24"/>
                <w:lang w:eastAsia="zh-CN" w:bidi="hi-IN"/>
              </w:rPr>
              <w:t xml:space="preserve">od  </w:t>
            </w:r>
            <w:r>
              <w:rPr>
                <w:rFonts w:ascii="Arial" w:eastAsia="WenQuanYi Micro Hei" w:hAnsi="Arial" w:cs="Arial"/>
                <w:b/>
                <w:iCs/>
                <w:sz w:val="24"/>
                <w:szCs w:val="24"/>
                <w:lang w:eastAsia="zh-CN" w:bidi="hi-IN"/>
              </w:rPr>
              <w:t>12</w:t>
            </w:r>
            <w:proofErr w:type="gramEnd"/>
            <w:r w:rsidRPr="00624657">
              <w:rPr>
                <w:rFonts w:ascii="Arial" w:eastAsia="WenQuanYi Micro Hei" w:hAnsi="Arial" w:cs="Arial"/>
                <w:b/>
                <w:iCs/>
                <w:sz w:val="24"/>
                <w:szCs w:val="24"/>
                <w:lang w:eastAsia="zh-CN" w:bidi="hi-IN"/>
              </w:rPr>
              <w:t xml:space="preserve">. </w:t>
            </w:r>
            <w:proofErr w:type="spellStart"/>
            <w:r>
              <w:rPr>
                <w:rFonts w:ascii="Arial" w:eastAsia="WenQuanYi Micro Hei" w:hAnsi="Arial" w:cs="Arial"/>
                <w:b/>
                <w:iCs/>
                <w:sz w:val="24"/>
                <w:szCs w:val="24"/>
                <w:lang w:eastAsia="zh-CN" w:bidi="hi-IN"/>
              </w:rPr>
              <w:t>listopada</w:t>
            </w:r>
            <w:proofErr w:type="spellEnd"/>
            <w:r w:rsidRPr="00624657">
              <w:rPr>
                <w:rFonts w:ascii="Arial" w:eastAsia="WenQuanYi Micro Hei" w:hAnsi="Arial" w:cs="Arial"/>
                <w:b/>
                <w:iCs/>
                <w:sz w:val="24"/>
                <w:szCs w:val="24"/>
                <w:lang w:eastAsia="zh-CN" w:bidi="hi-IN"/>
              </w:rPr>
              <w:t xml:space="preserve"> 2026. </w:t>
            </w:r>
            <w:proofErr w:type="spellStart"/>
            <w:r w:rsidRPr="00624657">
              <w:rPr>
                <w:rFonts w:ascii="Arial" w:eastAsia="WenQuanYi Micro Hei" w:hAnsi="Arial" w:cs="Arial"/>
                <w:b/>
                <w:iCs/>
                <w:sz w:val="24"/>
                <w:szCs w:val="24"/>
                <w:lang w:eastAsia="zh-CN" w:bidi="hi-IN"/>
              </w:rPr>
              <w:t>godine</w:t>
            </w:r>
            <w:proofErr w:type="spellEnd"/>
            <w:r w:rsidRPr="00624657">
              <w:rPr>
                <w:rFonts w:ascii="Arial" w:eastAsia="WenQuanYi Micro Hei" w:hAnsi="Arial" w:cs="Arial"/>
                <w:b/>
                <w:iCs/>
                <w:sz w:val="24"/>
                <w:szCs w:val="24"/>
                <w:lang w:eastAsia="zh-CN" w:bidi="hi-IN"/>
              </w:rPr>
              <w:t xml:space="preserve"> do </w:t>
            </w:r>
            <w:r>
              <w:rPr>
                <w:rFonts w:ascii="Arial" w:eastAsia="WenQuanYi Micro Hei" w:hAnsi="Arial" w:cs="Arial"/>
                <w:b/>
                <w:iCs/>
                <w:sz w:val="24"/>
                <w:szCs w:val="24"/>
                <w:lang w:eastAsia="zh-CN" w:bidi="hi-IN"/>
              </w:rPr>
              <w:t>12</w:t>
            </w:r>
            <w:r w:rsidRPr="00624657">
              <w:rPr>
                <w:rFonts w:ascii="Arial" w:eastAsia="WenQuanYi Micro Hei" w:hAnsi="Arial" w:cs="Arial"/>
                <w:b/>
                <w:iCs/>
                <w:sz w:val="24"/>
                <w:szCs w:val="24"/>
                <w:lang w:eastAsia="zh-CN" w:bidi="hi-IN"/>
              </w:rPr>
              <w:t xml:space="preserve">. </w:t>
            </w:r>
            <w:proofErr w:type="spellStart"/>
            <w:r>
              <w:rPr>
                <w:rFonts w:ascii="Arial" w:eastAsia="WenQuanYi Micro Hei" w:hAnsi="Arial" w:cs="Arial"/>
                <w:b/>
                <w:iCs/>
                <w:sz w:val="24"/>
                <w:szCs w:val="24"/>
                <w:lang w:eastAsia="zh-CN" w:bidi="hi-IN"/>
              </w:rPr>
              <w:t>studenog</w:t>
            </w:r>
            <w:proofErr w:type="spellEnd"/>
            <w:r>
              <w:rPr>
                <w:rFonts w:ascii="Arial" w:eastAsia="WenQuanYi Micro Hei" w:hAnsi="Arial" w:cs="Arial"/>
                <w:b/>
                <w:iCs/>
                <w:sz w:val="24"/>
                <w:szCs w:val="24"/>
                <w:lang w:eastAsia="zh-CN" w:bidi="hi-IN"/>
              </w:rPr>
              <w:t xml:space="preserve"> </w:t>
            </w:r>
            <w:r w:rsidRPr="00624657">
              <w:rPr>
                <w:rFonts w:ascii="Arial" w:eastAsia="WenQuanYi Micro Hei" w:hAnsi="Arial" w:cs="Arial"/>
                <w:b/>
                <w:iCs/>
                <w:sz w:val="24"/>
                <w:szCs w:val="24"/>
                <w:lang w:eastAsia="zh-CN" w:bidi="hi-IN"/>
              </w:rPr>
              <w:t xml:space="preserve">2026. </w:t>
            </w:r>
            <w:proofErr w:type="spellStart"/>
            <w:r w:rsidRPr="00624657">
              <w:rPr>
                <w:rFonts w:ascii="Arial" w:eastAsia="WenQuanYi Micro Hei" w:hAnsi="Arial" w:cs="Arial"/>
                <w:b/>
                <w:iCs/>
                <w:sz w:val="24"/>
                <w:szCs w:val="24"/>
                <w:lang w:eastAsia="zh-CN" w:bidi="hi-IN"/>
              </w:rPr>
              <w:t>godine</w:t>
            </w:r>
            <w:proofErr w:type="spellEnd"/>
            <w:r w:rsidRPr="00624657">
              <w:rPr>
                <w:rFonts w:ascii="Arial" w:eastAsia="WenQuanYi Micro Hei" w:hAnsi="Arial" w:cs="Arial"/>
                <w:b/>
                <w:iCs/>
                <w:sz w:val="24"/>
                <w:szCs w:val="24"/>
                <w:lang w:eastAsia="zh-CN" w:bidi="hi-IN"/>
              </w:rPr>
              <w:t>.</w:t>
            </w:r>
          </w:p>
        </w:tc>
      </w:tr>
      <w:tr w:rsidR="000C4192" w:rsidRPr="0089144E" w14:paraId="7CB39B4A" w14:textId="77777777" w:rsidTr="002C642A">
        <w:trPr>
          <w:trHeight w:val="839"/>
        </w:trPr>
        <w:tc>
          <w:tcPr>
            <w:tcW w:w="8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CEC319" w14:textId="77777777" w:rsidR="000C4192" w:rsidRPr="0089144E" w:rsidRDefault="000C4192" w:rsidP="002C642A">
            <w:pPr>
              <w:suppressAutoHyphens/>
              <w:spacing w:after="0"/>
              <w:jc w:val="both"/>
              <w:rPr>
                <w:rFonts w:ascii="Arial" w:eastAsia="WenQuanYi Micro Hei" w:hAnsi="Arial" w:cs="Arial"/>
                <w:b/>
                <w:iCs/>
                <w:sz w:val="24"/>
                <w:szCs w:val="24"/>
                <w:lang w:eastAsia="zh-CN" w:bidi="hi-IN"/>
              </w:rPr>
            </w:pPr>
            <w:proofErr w:type="spellStart"/>
            <w:r w:rsidRPr="0089144E">
              <w:rPr>
                <w:rFonts w:ascii="Arial" w:eastAsia="WenQuanYi Micro Hei" w:hAnsi="Arial" w:cs="Arial"/>
                <w:b/>
                <w:iCs/>
                <w:sz w:val="24"/>
                <w:szCs w:val="24"/>
                <w:lang w:eastAsia="zh-CN" w:bidi="hi-IN"/>
              </w:rPr>
              <w:t>Adresa</w:t>
            </w:r>
            <w:proofErr w:type="spellEnd"/>
            <w:r w:rsidRPr="0089144E">
              <w:rPr>
                <w:rFonts w:ascii="Arial" w:eastAsia="WenQuanYi Micro Hei" w:hAnsi="Arial" w:cs="Arial"/>
                <w:b/>
                <w:iCs/>
                <w:sz w:val="24"/>
                <w:szCs w:val="24"/>
                <w:lang w:eastAsia="zh-CN" w:bidi="hi-IN"/>
              </w:rPr>
              <w:t xml:space="preserve"> e-</w:t>
            </w:r>
            <w:proofErr w:type="spellStart"/>
            <w:r w:rsidRPr="0089144E">
              <w:rPr>
                <w:rFonts w:ascii="Arial" w:eastAsia="WenQuanYi Micro Hei" w:hAnsi="Arial" w:cs="Arial"/>
                <w:b/>
                <w:iCs/>
                <w:sz w:val="24"/>
                <w:szCs w:val="24"/>
                <w:lang w:eastAsia="zh-CN" w:bidi="hi-IN"/>
              </w:rPr>
              <w:t>pošte</w:t>
            </w:r>
            <w:proofErr w:type="spellEnd"/>
            <w:r w:rsidRPr="0089144E">
              <w:rPr>
                <w:rFonts w:ascii="Arial" w:eastAsia="WenQuanYi Micro Hei" w:hAnsi="Arial" w:cs="Arial"/>
                <w:b/>
                <w:iCs/>
                <w:sz w:val="24"/>
                <w:szCs w:val="24"/>
                <w:lang w:eastAsia="zh-CN" w:bidi="hi-IN"/>
              </w:rPr>
              <w:t xml:space="preserve"> </w:t>
            </w:r>
            <w:proofErr w:type="spellStart"/>
            <w:r w:rsidRPr="0089144E">
              <w:rPr>
                <w:rFonts w:ascii="Arial" w:eastAsia="WenQuanYi Micro Hei" w:hAnsi="Arial" w:cs="Arial"/>
                <w:b/>
                <w:iCs/>
                <w:sz w:val="24"/>
                <w:szCs w:val="24"/>
                <w:lang w:eastAsia="zh-CN" w:bidi="hi-IN"/>
              </w:rPr>
              <w:t>na</w:t>
            </w:r>
            <w:proofErr w:type="spellEnd"/>
            <w:r w:rsidRPr="0089144E">
              <w:rPr>
                <w:rFonts w:ascii="Arial" w:eastAsia="WenQuanYi Micro Hei" w:hAnsi="Arial" w:cs="Arial"/>
                <w:b/>
                <w:iCs/>
                <w:sz w:val="24"/>
                <w:szCs w:val="24"/>
                <w:lang w:eastAsia="zh-CN" w:bidi="hi-IN"/>
              </w:rPr>
              <w:t xml:space="preserve"> </w:t>
            </w:r>
            <w:proofErr w:type="spellStart"/>
            <w:r w:rsidRPr="0089144E">
              <w:rPr>
                <w:rFonts w:ascii="Arial" w:eastAsia="WenQuanYi Micro Hei" w:hAnsi="Arial" w:cs="Arial"/>
                <w:b/>
                <w:iCs/>
                <w:sz w:val="24"/>
                <w:szCs w:val="24"/>
                <w:lang w:eastAsia="zh-CN" w:bidi="hi-IN"/>
              </w:rPr>
              <w:t>koju</w:t>
            </w:r>
            <w:proofErr w:type="spellEnd"/>
            <w:r w:rsidRPr="0089144E">
              <w:rPr>
                <w:rFonts w:ascii="Arial" w:eastAsia="WenQuanYi Micro Hei" w:hAnsi="Arial" w:cs="Arial"/>
                <w:b/>
                <w:iCs/>
                <w:sz w:val="24"/>
                <w:szCs w:val="24"/>
                <w:lang w:eastAsia="zh-CN" w:bidi="hi-IN"/>
              </w:rPr>
              <w:t xml:space="preserve"> se </w:t>
            </w:r>
            <w:proofErr w:type="spellStart"/>
            <w:r w:rsidRPr="0089144E">
              <w:rPr>
                <w:rFonts w:ascii="Arial" w:eastAsia="WenQuanYi Micro Hei" w:hAnsi="Arial" w:cs="Arial"/>
                <w:b/>
                <w:iCs/>
                <w:sz w:val="24"/>
                <w:szCs w:val="24"/>
                <w:lang w:eastAsia="zh-CN" w:bidi="hi-IN"/>
              </w:rPr>
              <w:t>šalju</w:t>
            </w:r>
            <w:proofErr w:type="spellEnd"/>
            <w:r w:rsidRPr="0089144E">
              <w:rPr>
                <w:rFonts w:ascii="Arial" w:eastAsia="WenQuanYi Micro Hei" w:hAnsi="Arial" w:cs="Arial"/>
                <w:b/>
                <w:iCs/>
                <w:sz w:val="24"/>
                <w:szCs w:val="24"/>
                <w:lang w:eastAsia="zh-CN" w:bidi="hi-IN"/>
              </w:rPr>
              <w:t xml:space="preserve"> </w:t>
            </w:r>
            <w:proofErr w:type="spellStart"/>
            <w:r w:rsidRPr="0089144E">
              <w:rPr>
                <w:rFonts w:ascii="Arial" w:eastAsia="WenQuanYi Micro Hei" w:hAnsi="Arial" w:cs="Arial"/>
                <w:b/>
                <w:iCs/>
                <w:sz w:val="24"/>
                <w:szCs w:val="24"/>
                <w:lang w:eastAsia="zh-CN" w:bidi="hi-IN"/>
              </w:rPr>
              <w:t>očitovanja</w:t>
            </w:r>
            <w:proofErr w:type="spellEnd"/>
            <w:r w:rsidRPr="0089144E">
              <w:rPr>
                <w:rFonts w:ascii="Arial" w:eastAsia="WenQuanYi Micro Hei" w:hAnsi="Arial" w:cs="Arial"/>
                <w:b/>
                <w:iCs/>
                <w:sz w:val="24"/>
                <w:szCs w:val="24"/>
                <w:lang w:eastAsia="zh-CN" w:bidi="hi-IN"/>
              </w:rPr>
              <w:t xml:space="preserve"> </w:t>
            </w:r>
            <w:proofErr w:type="spellStart"/>
            <w:r w:rsidRPr="0089144E">
              <w:rPr>
                <w:rFonts w:ascii="Arial" w:eastAsia="WenQuanYi Micro Hei" w:hAnsi="Arial" w:cs="Arial"/>
                <w:b/>
                <w:iCs/>
                <w:sz w:val="24"/>
                <w:szCs w:val="24"/>
                <w:lang w:eastAsia="zh-CN" w:bidi="hi-IN"/>
              </w:rPr>
              <w:t>zainteresirane</w:t>
            </w:r>
            <w:proofErr w:type="spellEnd"/>
            <w:r w:rsidRPr="0089144E">
              <w:rPr>
                <w:rFonts w:ascii="Arial" w:eastAsia="WenQuanYi Micro Hei" w:hAnsi="Arial" w:cs="Arial"/>
                <w:b/>
                <w:iCs/>
                <w:sz w:val="24"/>
                <w:szCs w:val="24"/>
                <w:lang w:eastAsia="zh-CN" w:bidi="hi-IN"/>
              </w:rPr>
              <w:t xml:space="preserve"> </w:t>
            </w:r>
            <w:proofErr w:type="spellStart"/>
            <w:r w:rsidRPr="0089144E">
              <w:rPr>
                <w:rFonts w:ascii="Arial" w:eastAsia="WenQuanYi Micro Hei" w:hAnsi="Arial" w:cs="Arial"/>
                <w:b/>
                <w:iCs/>
                <w:sz w:val="24"/>
                <w:szCs w:val="24"/>
                <w:lang w:eastAsia="zh-CN" w:bidi="hi-IN"/>
              </w:rPr>
              <w:t>javnosti</w:t>
            </w:r>
            <w:proofErr w:type="spellEnd"/>
            <w:r w:rsidRPr="0089144E">
              <w:rPr>
                <w:rFonts w:ascii="Arial" w:eastAsia="WenQuanYi Micro Hei" w:hAnsi="Arial" w:cs="Arial"/>
                <w:b/>
                <w:iCs/>
                <w:sz w:val="24"/>
                <w:szCs w:val="24"/>
                <w:lang w:eastAsia="zh-CN" w:bidi="hi-IN"/>
              </w:rPr>
              <w:t>:</w:t>
            </w:r>
          </w:p>
          <w:p w14:paraId="271F740B" w14:textId="77777777" w:rsidR="000C4192" w:rsidRPr="0089144E" w:rsidRDefault="000C4192" w:rsidP="002C642A">
            <w:pPr>
              <w:suppressAutoHyphens/>
              <w:spacing w:after="0"/>
              <w:jc w:val="both"/>
              <w:rPr>
                <w:rFonts w:ascii="Arial" w:eastAsia="WenQuanYi Micro Hei" w:hAnsi="Arial" w:cs="Arial"/>
                <w:bCs/>
                <w:sz w:val="24"/>
                <w:szCs w:val="24"/>
                <w:lang w:eastAsia="zh-CN" w:bidi="hi-IN"/>
              </w:rPr>
            </w:pPr>
            <w:hyperlink r:id="rId10" w:history="1">
              <w:r w:rsidRPr="0089144E">
                <w:rPr>
                  <w:rStyle w:val="Hiperveza"/>
                  <w:rFonts w:ascii="Arial" w:eastAsia="WenQuanYi Micro Hei" w:hAnsi="Arial" w:cs="Arial"/>
                  <w:b/>
                  <w:color w:val="0563C1"/>
                  <w:sz w:val="24"/>
                  <w:szCs w:val="24"/>
                  <w:lang w:eastAsia="zh-CN" w:bidi="hi-IN"/>
                </w:rPr>
                <w:t>savjetovanje@crikvenica.hr</w:t>
              </w:r>
            </w:hyperlink>
          </w:p>
        </w:tc>
      </w:tr>
    </w:tbl>
    <w:p w14:paraId="11596929" w14:textId="77777777" w:rsidR="000C4192" w:rsidRPr="00D742D5" w:rsidRDefault="000C4192" w:rsidP="000C4192">
      <w:pPr>
        <w:ind w:left="-284" w:right="-284"/>
        <w:jc w:val="both"/>
        <w:rPr>
          <w:rFonts w:ascii="Arial" w:hAnsi="Arial" w:cs="Arial"/>
          <w:b/>
          <w:bCs/>
          <w:sz w:val="24"/>
          <w:szCs w:val="24"/>
        </w:rPr>
      </w:pPr>
    </w:p>
    <w:p w14:paraId="2E24065D" w14:textId="77777777" w:rsidR="000C4192" w:rsidRDefault="000C4192" w:rsidP="000C4192">
      <w:pPr>
        <w:jc w:val="both"/>
        <w:rPr>
          <w:rFonts w:ascii="Arial" w:hAnsi="Arial" w:cs="Arial"/>
          <w:sz w:val="24"/>
          <w:szCs w:val="24"/>
        </w:rPr>
      </w:pPr>
      <w:r w:rsidRPr="00C966BE">
        <w:rPr>
          <w:rFonts w:ascii="Arial" w:hAnsi="Arial" w:cs="Arial"/>
          <w:sz w:val="24"/>
          <w:szCs w:val="24"/>
        </w:rPr>
        <w:t xml:space="preserve">                                                                  </w:t>
      </w:r>
    </w:p>
    <w:p w14:paraId="3714E7AA" w14:textId="77777777" w:rsidR="000C4192" w:rsidRPr="00C966BE" w:rsidRDefault="000C4192" w:rsidP="000C4192">
      <w:pPr>
        <w:jc w:val="both"/>
        <w:rPr>
          <w:rFonts w:ascii="Arial" w:hAnsi="Arial" w:cs="Arial"/>
          <w:sz w:val="24"/>
          <w:szCs w:val="24"/>
        </w:rPr>
      </w:pPr>
      <w:r w:rsidRPr="00C966BE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U </w:t>
      </w:r>
      <w:proofErr w:type="spellStart"/>
      <w:r w:rsidRPr="00C966BE">
        <w:rPr>
          <w:rFonts w:ascii="Arial" w:hAnsi="Arial" w:cs="Arial"/>
          <w:sz w:val="24"/>
          <w:szCs w:val="24"/>
        </w:rPr>
        <w:t>privitku</w:t>
      </w:r>
      <w:proofErr w:type="spellEnd"/>
      <w:r w:rsidRPr="00C966BE">
        <w:rPr>
          <w:rFonts w:ascii="Arial" w:hAnsi="Arial" w:cs="Arial"/>
          <w:sz w:val="24"/>
          <w:szCs w:val="24"/>
        </w:rPr>
        <w:t>:</w:t>
      </w:r>
    </w:p>
    <w:p w14:paraId="341315E2" w14:textId="48F47FF2" w:rsidR="000C4192" w:rsidRPr="000C4192" w:rsidRDefault="000C4192" w:rsidP="000C4192">
      <w:pPr>
        <w:jc w:val="both"/>
        <w:rPr>
          <w:rFonts w:ascii="Arial" w:hAnsi="Arial" w:cs="Arial"/>
          <w:bCs/>
          <w:sz w:val="24"/>
          <w:szCs w:val="24"/>
        </w:rPr>
      </w:pPr>
      <w:r w:rsidRPr="00C966BE">
        <w:rPr>
          <w:rFonts w:ascii="Arial" w:hAnsi="Arial" w:cs="Arial"/>
          <w:sz w:val="24"/>
          <w:szCs w:val="24"/>
        </w:rPr>
        <w:t xml:space="preserve">- </w:t>
      </w:r>
      <w:proofErr w:type="spellStart"/>
      <w:r w:rsidRPr="00C966BE">
        <w:rPr>
          <w:rFonts w:ascii="Arial" w:hAnsi="Arial" w:cs="Arial"/>
          <w:sz w:val="24"/>
          <w:szCs w:val="24"/>
        </w:rPr>
        <w:t>Nacrt</w:t>
      </w:r>
      <w:proofErr w:type="spellEnd"/>
      <w:r w:rsidRPr="00C966BE"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prijedloga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966BE">
        <w:rPr>
          <w:rFonts w:ascii="Arial" w:hAnsi="Arial" w:cs="Arial"/>
          <w:sz w:val="24"/>
          <w:szCs w:val="24"/>
        </w:rPr>
        <w:t>Pravilnika</w:t>
      </w:r>
      <w:proofErr w:type="spellEnd"/>
      <w:r w:rsidRPr="00C966BE">
        <w:rPr>
          <w:rFonts w:ascii="Arial" w:hAnsi="Arial" w:cs="Arial"/>
          <w:sz w:val="24"/>
          <w:szCs w:val="24"/>
        </w:rPr>
        <w:t xml:space="preserve"> o</w:t>
      </w:r>
      <w:r w:rsidRPr="00471DBA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0C4192">
        <w:rPr>
          <w:rFonts w:ascii="Arial" w:hAnsi="Arial" w:cs="Arial"/>
          <w:bCs/>
          <w:sz w:val="24"/>
          <w:szCs w:val="24"/>
        </w:rPr>
        <w:t>kriterijima</w:t>
      </w:r>
      <w:proofErr w:type="spellEnd"/>
      <w:r w:rsidRPr="000C4192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0C4192">
        <w:rPr>
          <w:rFonts w:ascii="Arial" w:hAnsi="Arial" w:cs="Arial"/>
          <w:bCs/>
          <w:sz w:val="24"/>
          <w:szCs w:val="24"/>
        </w:rPr>
        <w:t>dodjele</w:t>
      </w:r>
      <w:proofErr w:type="spellEnd"/>
      <w:r w:rsidRPr="000C4192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0C4192">
        <w:rPr>
          <w:rFonts w:ascii="Arial" w:hAnsi="Arial" w:cs="Arial"/>
          <w:bCs/>
          <w:sz w:val="24"/>
          <w:szCs w:val="24"/>
        </w:rPr>
        <w:t>jednokratnih</w:t>
      </w:r>
      <w:proofErr w:type="spellEnd"/>
      <w:r w:rsidRPr="000C4192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0C4192">
        <w:rPr>
          <w:rFonts w:ascii="Arial" w:hAnsi="Arial" w:cs="Arial"/>
          <w:bCs/>
          <w:sz w:val="24"/>
          <w:szCs w:val="24"/>
        </w:rPr>
        <w:t>naknada</w:t>
      </w:r>
      <w:proofErr w:type="spellEnd"/>
      <w:r w:rsidRPr="000C4192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0C4192">
        <w:rPr>
          <w:rFonts w:ascii="Arial" w:hAnsi="Arial" w:cs="Arial"/>
          <w:bCs/>
          <w:sz w:val="24"/>
          <w:szCs w:val="24"/>
        </w:rPr>
        <w:t>sportašima</w:t>
      </w:r>
      <w:proofErr w:type="spellEnd"/>
      <w:r w:rsidRPr="000C4192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0C4192">
        <w:rPr>
          <w:rFonts w:ascii="Arial" w:hAnsi="Arial" w:cs="Arial"/>
          <w:bCs/>
          <w:sz w:val="24"/>
          <w:szCs w:val="24"/>
        </w:rPr>
        <w:t>reprezentativcima</w:t>
      </w:r>
      <w:proofErr w:type="spellEnd"/>
      <w:r w:rsidRPr="000C4192">
        <w:rPr>
          <w:rFonts w:ascii="Arial" w:hAnsi="Arial" w:cs="Arial"/>
          <w:bCs/>
          <w:sz w:val="24"/>
          <w:szCs w:val="24"/>
        </w:rPr>
        <w:t>.</w:t>
      </w:r>
    </w:p>
    <w:p w14:paraId="38084258" w14:textId="5B3B6095" w:rsidR="000C4192" w:rsidRDefault="000C4192" w:rsidP="000C4192">
      <w:pPr>
        <w:jc w:val="both"/>
        <w:rPr>
          <w:rFonts w:ascii="Arial" w:hAnsi="Arial" w:cs="Arial"/>
          <w:sz w:val="24"/>
          <w:szCs w:val="24"/>
        </w:rPr>
      </w:pPr>
    </w:p>
    <w:p w14:paraId="5FE2A615" w14:textId="77777777" w:rsidR="000C4192" w:rsidRDefault="000C4192" w:rsidP="0033493B">
      <w:pPr>
        <w:jc w:val="both"/>
        <w:rPr>
          <w:rFonts w:ascii="Arial" w:hAnsi="Arial" w:cs="Arial"/>
          <w:bCs/>
          <w:sz w:val="24"/>
          <w:szCs w:val="24"/>
          <w:lang w:val="en-GB"/>
        </w:rPr>
      </w:pPr>
    </w:p>
    <w:p w14:paraId="4C836A21" w14:textId="77777777" w:rsidR="000C4192" w:rsidRDefault="000C4192" w:rsidP="0033493B">
      <w:pPr>
        <w:jc w:val="both"/>
        <w:rPr>
          <w:rFonts w:ascii="Arial" w:hAnsi="Arial" w:cs="Arial"/>
          <w:bCs/>
          <w:sz w:val="24"/>
          <w:szCs w:val="24"/>
          <w:lang w:val="en-GB"/>
        </w:rPr>
      </w:pPr>
    </w:p>
    <w:p w14:paraId="436C2D3B" w14:textId="77777777" w:rsidR="000C4192" w:rsidRDefault="000C4192" w:rsidP="0033493B">
      <w:pPr>
        <w:jc w:val="both"/>
        <w:rPr>
          <w:rFonts w:ascii="Arial" w:hAnsi="Arial" w:cs="Arial"/>
          <w:bCs/>
          <w:sz w:val="24"/>
          <w:szCs w:val="24"/>
          <w:lang w:val="en-GB"/>
        </w:rPr>
      </w:pPr>
    </w:p>
    <w:p w14:paraId="0A195499" w14:textId="77777777" w:rsidR="000C4192" w:rsidRDefault="000C4192" w:rsidP="0033493B">
      <w:pPr>
        <w:jc w:val="both"/>
        <w:rPr>
          <w:rFonts w:ascii="Arial" w:hAnsi="Arial" w:cs="Arial"/>
          <w:bCs/>
          <w:sz w:val="24"/>
          <w:szCs w:val="24"/>
          <w:lang w:val="en-GB"/>
        </w:rPr>
      </w:pPr>
    </w:p>
    <w:p w14:paraId="0D29A97F" w14:textId="77777777" w:rsidR="000C4192" w:rsidRDefault="000C4192" w:rsidP="0033493B">
      <w:pPr>
        <w:jc w:val="both"/>
        <w:rPr>
          <w:rFonts w:ascii="Arial" w:hAnsi="Arial" w:cs="Arial"/>
          <w:bCs/>
          <w:sz w:val="24"/>
          <w:szCs w:val="24"/>
          <w:lang w:val="en-GB"/>
        </w:rPr>
      </w:pPr>
    </w:p>
    <w:p w14:paraId="5A8BD156" w14:textId="77777777" w:rsidR="000C4192" w:rsidRDefault="000C4192" w:rsidP="0033493B">
      <w:pPr>
        <w:jc w:val="both"/>
        <w:rPr>
          <w:rFonts w:ascii="Arial" w:hAnsi="Arial" w:cs="Arial"/>
          <w:bCs/>
          <w:sz w:val="24"/>
          <w:szCs w:val="24"/>
          <w:lang w:val="en-GB"/>
        </w:rPr>
      </w:pPr>
    </w:p>
    <w:p w14:paraId="04C5623A" w14:textId="77777777" w:rsidR="000C4192" w:rsidRDefault="000C4192" w:rsidP="0033493B">
      <w:pPr>
        <w:jc w:val="both"/>
        <w:rPr>
          <w:rFonts w:ascii="Arial" w:hAnsi="Arial" w:cs="Arial"/>
          <w:bCs/>
          <w:sz w:val="24"/>
          <w:szCs w:val="24"/>
          <w:lang w:val="en-GB"/>
        </w:rPr>
      </w:pPr>
    </w:p>
    <w:p w14:paraId="37605805" w14:textId="77777777" w:rsidR="000C4192" w:rsidRDefault="000C4192" w:rsidP="0033493B">
      <w:pPr>
        <w:jc w:val="both"/>
        <w:rPr>
          <w:rFonts w:ascii="Arial" w:hAnsi="Arial" w:cs="Arial"/>
          <w:bCs/>
          <w:sz w:val="24"/>
          <w:szCs w:val="24"/>
          <w:lang w:val="en-GB"/>
        </w:rPr>
      </w:pPr>
    </w:p>
    <w:p w14:paraId="3738CDE7" w14:textId="77777777" w:rsidR="000C4192" w:rsidRDefault="000C4192" w:rsidP="0033493B">
      <w:pPr>
        <w:jc w:val="both"/>
        <w:rPr>
          <w:rFonts w:ascii="Arial" w:hAnsi="Arial" w:cs="Arial"/>
          <w:bCs/>
          <w:sz w:val="24"/>
          <w:szCs w:val="24"/>
          <w:lang w:val="en-GB"/>
        </w:rPr>
      </w:pPr>
    </w:p>
    <w:p w14:paraId="43F3006F" w14:textId="77777777" w:rsidR="000C4192" w:rsidRDefault="000C4192" w:rsidP="0033493B">
      <w:pPr>
        <w:jc w:val="both"/>
        <w:rPr>
          <w:rFonts w:ascii="Arial" w:hAnsi="Arial" w:cs="Arial"/>
          <w:bCs/>
          <w:sz w:val="24"/>
          <w:szCs w:val="24"/>
          <w:lang w:val="en-GB"/>
        </w:rPr>
      </w:pPr>
    </w:p>
    <w:p w14:paraId="1718BC21" w14:textId="77777777" w:rsidR="000C4192" w:rsidRDefault="000C4192" w:rsidP="0033493B">
      <w:pPr>
        <w:jc w:val="both"/>
        <w:rPr>
          <w:rFonts w:ascii="Arial" w:hAnsi="Arial" w:cs="Arial"/>
          <w:bCs/>
          <w:sz w:val="24"/>
          <w:szCs w:val="24"/>
          <w:lang w:val="en-GB"/>
        </w:rPr>
      </w:pPr>
    </w:p>
    <w:p w14:paraId="3A457C7F" w14:textId="77777777" w:rsidR="000C4192" w:rsidRDefault="000C4192" w:rsidP="0033493B">
      <w:pPr>
        <w:jc w:val="both"/>
        <w:rPr>
          <w:rFonts w:ascii="Arial" w:hAnsi="Arial" w:cs="Arial"/>
          <w:bCs/>
          <w:sz w:val="24"/>
          <w:szCs w:val="24"/>
          <w:lang w:val="en-GB"/>
        </w:rPr>
      </w:pPr>
    </w:p>
    <w:p w14:paraId="7DF4B9ED" w14:textId="77777777" w:rsidR="000C4192" w:rsidRDefault="000C4192" w:rsidP="0033493B">
      <w:pPr>
        <w:jc w:val="both"/>
        <w:rPr>
          <w:rFonts w:ascii="Arial" w:hAnsi="Arial" w:cs="Arial"/>
          <w:bCs/>
          <w:sz w:val="24"/>
          <w:szCs w:val="24"/>
          <w:lang w:val="en-GB"/>
        </w:rPr>
      </w:pPr>
    </w:p>
    <w:p w14:paraId="10292FAE" w14:textId="77777777" w:rsidR="000C4192" w:rsidRDefault="000C4192" w:rsidP="0033493B">
      <w:pPr>
        <w:jc w:val="both"/>
        <w:rPr>
          <w:rFonts w:ascii="Arial" w:hAnsi="Arial" w:cs="Arial"/>
          <w:bCs/>
          <w:sz w:val="24"/>
          <w:szCs w:val="24"/>
          <w:lang w:val="en-GB"/>
        </w:rPr>
      </w:pPr>
    </w:p>
    <w:p w14:paraId="5DC6B25F" w14:textId="1ED4B64E" w:rsidR="000C4192" w:rsidRDefault="000C4192" w:rsidP="000C4192">
      <w:pPr>
        <w:jc w:val="right"/>
        <w:rPr>
          <w:rFonts w:ascii="Arial" w:hAnsi="Arial" w:cs="Arial"/>
          <w:bCs/>
          <w:sz w:val="24"/>
          <w:szCs w:val="24"/>
          <w:lang w:val="en-GB"/>
        </w:rPr>
      </w:pPr>
      <w:r>
        <w:rPr>
          <w:rFonts w:ascii="Arial" w:hAnsi="Arial" w:cs="Arial"/>
          <w:bCs/>
          <w:sz w:val="24"/>
          <w:szCs w:val="24"/>
          <w:lang w:val="en-GB"/>
        </w:rPr>
        <w:lastRenderedPageBreak/>
        <w:t>NACRT PRIJEDLOGA</w:t>
      </w:r>
    </w:p>
    <w:p w14:paraId="632B60CA" w14:textId="77777777" w:rsidR="000C4192" w:rsidRDefault="000C4192" w:rsidP="0033493B">
      <w:pPr>
        <w:jc w:val="both"/>
        <w:rPr>
          <w:rFonts w:ascii="Arial" w:hAnsi="Arial" w:cs="Arial"/>
          <w:bCs/>
          <w:sz w:val="24"/>
          <w:szCs w:val="24"/>
          <w:lang w:val="en-GB"/>
        </w:rPr>
      </w:pPr>
    </w:p>
    <w:p w14:paraId="26621678" w14:textId="1716DD10" w:rsidR="0033493B" w:rsidRPr="0033493B" w:rsidRDefault="0033493B" w:rsidP="0033493B">
      <w:pPr>
        <w:jc w:val="both"/>
        <w:rPr>
          <w:rFonts w:ascii="Arial" w:hAnsi="Arial" w:cs="Arial"/>
          <w:bCs/>
          <w:sz w:val="24"/>
          <w:szCs w:val="24"/>
          <w:lang w:val="hr-HR"/>
        </w:rPr>
      </w:pPr>
      <w:r w:rsidRPr="0033493B">
        <w:rPr>
          <w:rFonts w:ascii="Arial" w:hAnsi="Arial" w:cs="Arial"/>
          <w:bCs/>
          <w:sz w:val="24"/>
          <w:szCs w:val="24"/>
          <w:lang w:val="en-GB"/>
        </w:rPr>
        <w:t xml:space="preserve">Na </w:t>
      </w:r>
      <w:proofErr w:type="spellStart"/>
      <w:r w:rsidRPr="0033493B">
        <w:rPr>
          <w:rFonts w:ascii="Arial" w:hAnsi="Arial" w:cs="Arial"/>
          <w:bCs/>
          <w:sz w:val="24"/>
          <w:szCs w:val="24"/>
          <w:lang w:val="en-GB"/>
        </w:rPr>
        <w:t>temelju</w:t>
      </w:r>
      <w:proofErr w:type="spellEnd"/>
      <w:r w:rsidRPr="0033493B">
        <w:rPr>
          <w:rFonts w:ascii="Arial" w:hAnsi="Arial" w:cs="Arial"/>
          <w:bCs/>
          <w:sz w:val="24"/>
          <w:szCs w:val="24"/>
          <w:lang w:val="en-GB"/>
        </w:rPr>
        <w:t xml:space="preserve"> </w:t>
      </w:r>
      <w:proofErr w:type="spellStart"/>
      <w:r w:rsidRPr="0033493B">
        <w:rPr>
          <w:rFonts w:ascii="Arial" w:hAnsi="Arial" w:cs="Arial"/>
          <w:bCs/>
          <w:sz w:val="24"/>
          <w:szCs w:val="24"/>
          <w:lang w:val="en-GB"/>
        </w:rPr>
        <w:t>članka</w:t>
      </w:r>
      <w:proofErr w:type="spellEnd"/>
      <w:r w:rsidRPr="0033493B">
        <w:rPr>
          <w:rFonts w:ascii="Arial" w:hAnsi="Arial" w:cs="Arial"/>
          <w:bCs/>
          <w:sz w:val="24"/>
          <w:szCs w:val="24"/>
          <w:lang w:val="en-GB"/>
        </w:rPr>
        <w:t xml:space="preserve"> 35. </w:t>
      </w:r>
      <w:proofErr w:type="spellStart"/>
      <w:r w:rsidRPr="0033493B">
        <w:rPr>
          <w:rFonts w:ascii="Arial" w:hAnsi="Arial" w:cs="Arial"/>
          <w:bCs/>
          <w:sz w:val="24"/>
          <w:szCs w:val="24"/>
          <w:lang w:val="en-GB"/>
        </w:rPr>
        <w:t>Zakona</w:t>
      </w:r>
      <w:proofErr w:type="spellEnd"/>
      <w:r w:rsidRPr="0033493B">
        <w:rPr>
          <w:rFonts w:ascii="Arial" w:hAnsi="Arial" w:cs="Arial"/>
          <w:bCs/>
          <w:sz w:val="24"/>
          <w:szCs w:val="24"/>
          <w:lang w:val="en-GB"/>
        </w:rPr>
        <w:t xml:space="preserve"> o </w:t>
      </w:r>
      <w:proofErr w:type="spellStart"/>
      <w:r w:rsidRPr="0033493B">
        <w:rPr>
          <w:rFonts w:ascii="Arial" w:hAnsi="Arial" w:cs="Arial"/>
          <w:bCs/>
          <w:sz w:val="24"/>
          <w:szCs w:val="24"/>
          <w:lang w:val="en-GB"/>
        </w:rPr>
        <w:t>lokalnoj</w:t>
      </w:r>
      <w:proofErr w:type="spellEnd"/>
      <w:r w:rsidRPr="0033493B">
        <w:rPr>
          <w:rFonts w:ascii="Arial" w:hAnsi="Arial" w:cs="Arial"/>
          <w:bCs/>
          <w:sz w:val="24"/>
          <w:szCs w:val="24"/>
          <w:lang w:val="en-GB"/>
        </w:rPr>
        <w:t xml:space="preserve"> </w:t>
      </w:r>
      <w:proofErr w:type="spellStart"/>
      <w:r w:rsidRPr="0033493B">
        <w:rPr>
          <w:rFonts w:ascii="Arial" w:hAnsi="Arial" w:cs="Arial"/>
          <w:bCs/>
          <w:sz w:val="24"/>
          <w:szCs w:val="24"/>
          <w:lang w:val="en-GB"/>
        </w:rPr>
        <w:t>i</w:t>
      </w:r>
      <w:proofErr w:type="spellEnd"/>
      <w:r w:rsidRPr="0033493B">
        <w:rPr>
          <w:rFonts w:ascii="Arial" w:hAnsi="Arial" w:cs="Arial"/>
          <w:bCs/>
          <w:sz w:val="24"/>
          <w:szCs w:val="24"/>
          <w:lang w:val="en-GB"/>
        </w:rPr>
        <w:t xml:space="preserve"> </w:t>
      </w:r>
      <w:proofErr w:type="spellStart"/>
      <w:r w:rsidRPr="0033493B">
        <w:rPr>
          <w:rFonts w:ascii="Arial" w:hAnsi="Arial" w:cs="Arial"/>
          <w:bCs/>
          <w:sz w:val="24"/>
          <w:szCs w:val="24"/>
          <w:lang w:val="en-GB"/>
        </w:rPr>
        <w:t>područnoj</w:t>
      </w:r>
      <w:proofErr w:type="spellEnd"/>
      <w:r w:rsidRPr="0033493B">
        <w:rPr>
          <w:rFonts w:ascii="Arial" w:hAnsi="Arial" w:cs="Arial"/>
          <w:bCs/>
          <w:sz w:val="24"/>
          <w:szCs w:val="24"/>
          <w:lang w:val="en-GB"/>
        </w:rPr>
        <w:t xml:space="preserve"> (</w:t>
      </w:r>
      <w:proofErr w:type="spellStart"/>
      <w:r w:rsidRPr="0033493B">
        <w:rPr>
          <w:rFonts w:ascii="Arial" w:hAnsi="Arial" w:cs="Arial"/>
          <w:bCs/>
          <w:sz w:val="24"/>
          <w:szCs w:val="24"/>
          <w:lang w:val="en-GB"/>
        </w:rPr>
        <w:t>regionalnoj</w:t>
      </w:r>
      <w:proofErr w:type="spellEnd"/>
      <w:r w:rsidRPr="0033493B">
        <w:rPr>
          <w:rFonts w:ascii="Arial" w:hAnsi="Arial" w:cs="Arial"/>
          <w:bCs/>
          <w:sz w:val="24"/>
          <w:szCs w:val="24"/>
          <w:lang w:val="en-GB"/>
        </w:rPr>
        <w:t xml:space="preserve">) </w:t>
      </w:r>
      <w:proofErr w:type="spellStart"/>
      <w:r w:rsidRPr="0033493B">
        <w:rPr>
          <w:rFonts w:ascii="Arial" w:hAnsi="Arial" w:cs="Arial"/>
          <w:bCs/>
          <w:sz w:val="24"/>
          <w:szCs w:val="24"/>
          <w:lang w:val="en-GB"/>
        </w:rPr>
        <w:t>samoupravi</w:t>
      </w:r>
      <w:proofErr w:type="spellEnd"/>
      <w:r w:rsidRPr="0033493B">
        <w:rPr>
          <w:rFonts w:ascii="Arial" w:hAnsi="Arial" w:cs="Arial"/>
          <w:bCs/>
          <w:sz w:val="24"/>
          <w:szCs w:val="24"/>
          <w:lang w:val="en-GB"/>
        </w:rPr>
        <w:t xml:space="preserve"> („</w:t>
      </w:r>
      <w:proofErr w:type="spellStart"/>
      <w:r w:rsidRPr="0033493B">
        <w:rPr>
          <w:rFonts w:ascii="Arial" w:hAnsi="Arial" w:cs="Arial"/>
          <w:bCs/>
          <w:sz w:val="24"/>
          <w:szCs w:val="24"/>
          <w:lang w:val="en-GB"/>
        </w:rPr>
        <w:t>Narodne</w:t>
      </w:r>
      <w:proofErr w:type="spellEnd"/>
      <w:r w:rsidRPr="0033493B">
        <w:rPr>
          <w:rFonts w:ascii="Arial" w:hAnsi="Arial" w:cs="Arial"/>
          <w:bCs/>
          <w:sz w:val="24"/>
          <w:szCs w:val="24"/>
          <w:lang w:val="en-GB"/>
        </w:rPr>
        <w:t xml:space="preserve"> </w:t>
      </w:r>
      <w:proofErr w:type="gramStart"/>
      <w:r w:rsidRPr="0033493B">
        <w:rPr>
          <w:rFonts w:ascii="Arial" w:hAnsi="Arial" w:cs="Arial"/>
          <w:bCs/>
          <w:sz w:val="24"/>
          <w:szCs w:val="24"/>
          <w:lang w:val="en-GB"/>
        </w:rPr>
        <w:t xml:space="preserve">novine“ </w:t>
      </w:r>
      <w:proofErr w:type="spellStart"/>
      <w:r w:rsidRPr="0033493B">
        <w:rPr>
          <w:rFonts w:ascii="Arial" w:hAnsi="Arial" w:cs="Arial"/>
          <w:bCs/>
          <w:sz w:val="24"/>
          <w:szCs w:val="24"/>
          <w:lang w:val="en-GB"/>
        </w:rPr>
        <w:t>broj</w:t>
      </w:r>
      <w:proofErr w:type="spellEnd"/>
      <w:proofErr w:type="gramEnd"/>
      <w:r w:rsidRPr="0033493B">
        <w:rPr>
          <w:rFonts w:ascii="Arial" w:hAnsi="Arial" w:cs="Arial"/>
          <w:bCs/>
          <w:sz w:val="24"/>
          <w:szCs w:val="24"/>
          <w:lang w:val="en-GB"/>
        </w:rPr>
        <w:t xml:space="preserve"> 33/01, 60/01, 129/05, 109/07, 125/08, 36/09, 150/11, 144/12, 19/13, 137/15, 123/17, 98/19 </w:t>
      </w:r>
      <w:proofErr w:type="spellStart"/>
      <w:r w:rsidRPr="0033493B">
        <w:rPr>
          <w:rFonts w:ascii="Arial" w:hAnsi="Arial" w:cs="Arial"/>
          <w:bCs/>
          <w:sz w:val="24"/>
          <w:szCs w:val="24"/>
          <w:lang w:val="en-GB"/>
        </w:rPr>
        <w:t>i</w:t>
      </w:r>
      <w:proofErr w:type="spellEnd"/>
      <w:r w:rsidRPr="0033493B">
        <w:rPr>
          <w:rFonts w:ascii="Arial" w:hAnsi="Arial" w:cs="Arial"/>
          <w:bCs/>
          <w:sz w:val="24"/>
          <w:szCs w:val="24"/>
          <w:lang w:val="en-GB"/>
        </w:rPr>
        <w:t xml:space="preserve"> 144/20), </w:t>
      </w:r>
      <w:proofErr w:type="spellStart"/>
      <w:r w:rsidRPr="0033493B">
        <w:rPr>
          <w:rFonts w:ascii="Arial" w:hAnsi="Arial" w:cs="Arial"/>
          <w:bCs/>
          <w:sz w:val="24"/>
          <w:szCs w:val="24"/>
          <w:lang w:val="en-GB"/>
        </w:rPr>
        <w:t>čl</w:t>
      </w:r>
      <w:r w:rsidR="003F1A71">
        <w:rPr>
          <w:rFonts w:ascii="Arial" w:hAnsi="Arial" w:cs="Arial"/>
          <w:bCs/>
          <w:sz w:val="24"/>
          <w:szCs w:val="24"/>
          <w:lang w:val="en-GB"/>
        </w:rPr>
        <w:t>anka</w:t>
      </w:r>
      <w:proofErr w:type="spellEnd"/>
      <w:r w:rsidR="003F1A71">
        <w:rPr>
          <w:rFonts w:ascii="Arial" w:hAnsi="Arial" w:cs="Arial"/>
          <w:bCs/>
          <w:sz w:val="24"/>
          <w:szCs w:val="24"/>
          <w:lang w:val="en-GB"/>
        </w:rPr>
        <w:t xml:space="preserve"> </w:t>
      </w:r>
      <w:r w:rsidRPr="0033493B">
        <w:rPr>
          <w:rFonts w:ascii="Arial" w:hAnsi="Arial" w:cs="Arial"/>
          <w:bCs/>
          <w:sz w:val="24"/>
          <w:szCs w:val="24"/>
          <w:lang w:val="en-GB"/>
        </w:rPr>
        <w:t xml:space="preserve">75. </w:t>
      </w:r>
      <w:proofErr w:type="spellStart"/>
      <w:r w:rsidRPr="0033493B">
        <w:rPr>
          <w:rFonts w:ascii="Arial" w:hAnsi="Arial" w:cs="Arial"/>
          <w:bCs/>
          <w:sz w:val="24"/>
          <w:szCs w:val="24"/>
          <w:lang w:val="en-GB"/>
        </w:rPr>
        <w:t>Zakona</w:t>
      </w:r>
      <w:proofErr w:type="spellEnd"/>
      <w:r w:rsidRPr="0033493B">
        <w:rPr>
          <w:rFonts w:ascii="Arial" w:hAnsi="Arial" w:cs="Arial"/>
          <w:bCs/>
          <w:sz w:val="24"/>
          <w:szCs w:val="24"/>
          <w:lang w:val="en-GB"/>
        </w:rPr>
        <w:t xml:space="preserve"> o </w:t>
      </w:r>
      <w:proofErr w:type="spellStart"/>
      <w:r w:rsidRPr="0033493B">
        <w:rPr>
          <w:rFonts w:ascii="Arial" w:hAnsi="Arial" w:cs="Arial"/>
          <w:bCs/>
          <w:sz w:val="24"/>
          <w:szCs w:val="24"/>
          <w:lang w:val="en-GB"/>
        </w:rPr>
        <w:t>sportu</w:t>
      </w:r>
      <w:proofErr w:type="spellEnd"/>
      <w:r w:rsidRPr="0033493B">
        <w:rPr>
          <w:rFonts w:ascii="Arial" w:hAnsi="Arial" w:cs="Arial"/>
          <w:bCs/>
          <w:sz w:val="24"/>
          <w:szCs w:val="24"/>
          <w:lang w:val="en-GB"/>
        </w:rPr>
        <w:t xml:space="preserve"> (</w:t>
      </w:r>
      <w:r w:rsidR="003F1A71">
        <w:rPr>
          <w:rFonts w:ascii="Arial" w:hAnsi="Arial" w:cs="Arial"/>
          <w:bCs/>
          <w:sz w:val="24"/>
          <w:szCs w:val="24"/>
          <w:lang w:val="en-GB"/>
        </w:rPr>
        <w:t>“</w:t>
      </w:r>
      <w:proofErr w:type="spellStart"/>
      <w:r w:rsidR="003F1A71">
        <w:rPr>
          <w:rFonts w:ascii="Arial" w:hAnsi="Arial" w:cs="Arial"/>
          <w:bCs/>
          <w:sz w:val="24"/>
          <w:szCs w:val="24"/>
          <w:lang w:val="en-GB"/>
        </w:rPr>
        <w:t>Narodne</w:t>
      </w:r>
      <w:proofErr w:type="spellEnd"/>
      <w:r w:rsidR="003F1A71">
        <w:rPr>
          <w:rFonts w:ascii="Arial" w:hAnsi="Arial" w:cs="Arial"/>
          <w:bCs/>
          <w:sz w:val="24"/>
          <w:szCs w:val="24"/>
          <w:lang w:val="en-GB"/>
        </w:rPr>
        <w:t xml:space="preserve"> novine” </w:t>
      </w:r>
      <w:proofErr w:type="spellStart"/>
      <w:r w:rsidR="003F1A71">
        <w:rPr>
          <w:rFonts w:ascii="Arial" w:hAnsi="Arial" w:cs="Arial"/>
          <w:bCs/>
          <w:sz w:val="24"/>
          <w:szCs w:val="24"/>
          <w:lang w:val="en-GB"/>
        </w:rPr>
        <w:t>broj</w:t>
      </w:r>
      <w:proofErr w:type="spellEnd"/>
      <w:r w:rsidR="003F1A71">
        <w:rPr>
          <w:rFonts w:ascii="Arial" w:hAnsi="Arial" w:cs="Arial"/>
          <w:bCs/>
          <w:sz w:val="24"/>
          <w:szCs w:val="24"/>
          <w:lang w:val="en-GB"/>
        </w:rPr>
        <w:t xml:space="preserve"> 141/22</w:t>
      </w:r>
      <w:proofErr w:type="gramStart"/>
      <w:r w:rsidRPr="0033493B">
        <w:rPr>
          <w:rFonts w:ascii="Arial" w:hAnsi="Arial" w:cs="Arial"/>
          <w:bCs/>
          <w:sz w:val="24"/>
          <w:szCs w:val="24"/>
          <w:lang w:val="en-GB"/>
        </w:rPr>
        <w:t xml:space="preserve">)  </w:t>
      </w:r>
      <w:proofErr w:type="spellStart"/>
      <w:r w:rsidRPr="0033493B">
        <w:rPr>
          <w:rFonts w:ascii="Arial" w:hAnsi="Arial" w:cs="Arial"/>
          <w:bCs/>
          <w:sz w:val="24"/>
          <w:szCs w:val="24"/>
          <w:lang w:val="en-GB"/>
        </w:rPr>
        <w:t>i</w:t>
      </w:r>
      <w:proofErr w:type="spellEnd"/>
      <w:proofErr w:type="gramEnd"/>
      <w:r w:rsidRPr="0033493B">
        <w:rPr>
          <w:rFonts w:ascii="Arial" w:hAnsi="Arial" w:cs="Arial"/>
          <w:bCs/>
          <w:sz w:val="24"/>
          <w:szCs w:val="24"/>
          <w:lang w:val="en-GB"/>
        </w:rPr>
        <w:t xml:space="preserve"> </w:t>
      </w:r>
      <w:r w:rsidRPr="0033493B">
        <w:rPr>
          <w:rFonts w:ascii="Arial" w:hAnsi="Arial" w:cs="Arial"/>
          <w:bCs/>
          <w:sz w:val="24"/>
          <w:szCs w:val="24"/>
          <w:lang w:val="hr-HR"/>
        </w:rPr>
        <w:t xml:space="preserve">članka 49. Statuta Grada Crikvenice („Službene novine Grada Crikvenice“ br 103/21, 219/25), </w:t>
      </w:r>
      <w:r w:rsidR="003F1A71">
        <w:rPr>
          <w:rFonts w:ascii="Arial" w:hAnsi="Arial" w:cs="Arial"/>
          <w:bCs/>
          <w:sz w:val="24"/>
          <w:szCs w:val="24"/>
          <w:lang w:val="hr-HR"/>
        </w:rPr>
        <w:t xml:space="preserve">gradonačelnica </w:t>
      </w:r>
      <w:r w:rsidRPr="0033493B">
        <w:rPr>
          <w:rFonts w:ascii="Arial" w:hAnsi="Arial" w:cs="Arial"/>
          <w:bCs/>
          <w:sz w:val="24"/>
          <w:szCs w:val="24"/>
          <w:lang w:val="hr-HR"/>
        </w:rPr>
        <w:t xml:space="preserve">Grada Crikvenice dana </w:t>
      </w:r>
      <w:r w:rsidR="003F1A71">
        <w:rPr>
          <w:rFonts w:ascii="Arial" w:hAnsi="Arial" w:cs="Arial"/>
          <w:bCs/>
          <w:sz w:val="24"/>
          <w:szCs w:val="24"/>
          <w:lang w:val="hr-HR"/>
        </w:rPr>
        <w:t xml:space="preserve">................... </w:t>
      </w:r>
      <w:r w:rsidRPr="0033493B">
        <w:rPr>
          <w:rFonts w:ascii="Arial" w:hAnsi="Arial" w:cs="Arial"/>
          <w:bCs/>
          <w:sz w:val="24"/>
          <w:szCs w:val="24"/>
          <w:lang w:val="hr-HR"/>
        </w:rPr>
        <w:t>2026. godine donosi</w:t>
      </w:r>
    </w:p>
    <w:p w14:paraId="2AD1424C" w14:textId="77777777" w:rsidR="0033493B" w:rsidRPr="0033493B" w:rsidRDefault="0033493B" w:rsidP="0033493B">
      <w:pPr>
        <w:rPr>
          <w:rFonts w:ascii="Arial" w:hAnsi="Arial" w:cs="Arial"/>
          <w:b/>
          <w:sz w:val="24"/>
          <w:szCs w:val="24"/>
        </w:rPr>
      </w:pPr>
    </w:p>
    <w:p w14:paraId="09673AFB" w14:textId="7C498070" w:rsidR="00DD2F6B" w:rsidRPr="0033493B" w:rsidRDefault="00F6031A">
      <w:pPr>
        <w:jc w:val="center"/>
        <w:rPr>
          <w:rFonts w:ascii="Arial" w:hAnsi="Arial" w:cs="Arial"/>
          <w:sz w:val="24"/>
          <w:szCs w:val="24"/>
        </w:rPr>
      </w:pPr>
      <w:r w:rsidRPr="0033493B">
        <w:rPr>
          <w:rFonts w:ascii="Arial" w:hAnsi="Arial" w:cs="Arial"/>
          <w:b/>
          <w:sz w:val="24"/>
          <w:szCs w:val="24"/>
        </w:rPr>
        <w:t>PRAVILNIK</w:t>
      </w:r>
      <w:r w:rsidRPr="0033493B">
        <w:rPr>
          <w:rFonts w:ascii="Arial" w:hAnsi="Arial" w:cs="Arial"/>
          <w:b/>
          <w:sz w:val="24"/>
          <w:szCs w:val="24"/>
        </w:rPr>
        <w:br/>
        <w:t>O KRITERIJIMA DODJELE JEDNOKRATNIH NAKNADA</w:t>
      </w:r>
      <w:r w:rsidRPr="0033493B">
        <w:rPr>
          <w:rFonts w:ascii="Arial" w:hAnsi="Arial" w:cs="Arial"/>
          <w:b/>
          <w:sz w:val="24"/>
          <w:szCs w:val="24"/>
        </w:rPr>
        <w:br/>
        <w:t>SPORTAŠIMA REPREZENTATIVCIMA</w:t>
      </w:r>
    </w:p>
    <w:p w14:paraId="509F10EA" w14:textId="77777777" w:rsidR="00DD2F6B" w:rsidRPr="0033493B" w:rsidRDefault="00F6031A">
      <w:pPr>
        <w:pStyle w:val="Naslov1"/>
        <w:rPr>
          <w:rFonts w:ascii="Arial" w:eastAsiaTheme="minorEastAsia" w:hAnsi="Arial" w:cs="Arial"/>
          <w:bCs w:val="0"/>
          <w:color w:val="auto"/>
          <w:sz w:val="24"/>
          <w:szCs w:val="24"/>
        </w:rPr>
      </w:pPr>
      <w:r w:rsidRPr="0033493B">
        <w:rPr>
          <w:rFonts w:ascii="Arial" w:eastAsiaTheme="minorEastAsia" w:hAnsi="Arial" w:cs="Arial"/>
          <w:bCs w:val="0"/>
          <w:color w:val="auto"/>
          <w:sz w:val="24"/>
          <w:szCs w:val="24"/>
        </w:rPr>
        <w:t>I. OPĆE ODREDBE</w:t>
      </w:r>
    </w:p>
    <w:p w14:paraId="0158B3A8" w14:textId="77777777" w:rsidR="00DD2F6B" w:rsidRPr="0033493B" w:rsidRDefault="00F6031A">
      <w:pPr>
        <w:jc w:val="center"/>
        <w:rPr>
          <w:rFonts w:ascii="Arial" w:hAnsi="Arial" w:cs="Arial"/>
          <w:sz w:val="24"/>
          <w:szCs w:val="24"/>
        </w:rPr>
      </w:pPr>
      <w:r w:rsidRPr="0033493B">
        <w:rPr>
          <w:rFonts w:ascii="Arial" w:hAnsi="Arial" w:cs="Arial"/>
          <w:b/>
          <w:sz w:val="24"/>
          <w:szCs w:val="24"/>
        </w:rPr>
        <w:t>Članak 1.</w:t>
      </w:r>
    </w:p>
    <w:p w14:paraId="42F0F4EB" w14:textId="77777777" w:rsidR="00DD2F6B" w:rsidRPr="0033493B" w:rsidRDefault="00F6031A" w:rsidP="0033493B">
      <w:pPr>
        <w:ind w:firstLine="397"/>
        <w:jc w:val="both"/>
        <w:rPr>
          <w:rFonts w:ascii="Arial" w:hAnsi="Arial" w:cs="Arial"/>
          <w:sz w:val="24"/>
          <w:szCs w:val="24"/>
        </w:rPr>
      </w:pPr>
      <w:proofErr w:type="spellStart"/>
      <w:r w:rsidRPr="0033493B">
        <w:rPr>
          <w:rFonts w:ascii="Arial" w:hAnsi="Arial" w:cs="Arial"/>
          <w:sz w:val="24"/>
          <w:szCs w:val="24"/>
        </w:rPr>
        <w:t>Ovim</w:t>
      </w:r>
      <w:proofErr w:type="spellEnd"/>
      <w:r w:rsidRPr="0033493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3493B">
        <w:rPr>
          <w:rFonts w:ascii="Arial" w:hAnsi="Arial" w:cs="Arial"/>
          <w:sz w:val="24"/>
          <w:szCs w:val="24"/>
        </w:rPr>
        <w:t>Pravilnikom</w:t>
      </w:r>
      <w:proofErr w:type="spellEnd"/>
      <w:r w:rsidRPr="0033493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3493B">
        <w:rPr>
          <w:rFonts w:ascii="Arial" w:hAnsi="Arial" w:cs="Arial"/>
          <w:sz w:val="24"/>
          <w:szCs w:val="24"/>
        </w:rPr>
        <w:t>utvrđuju</w:t>
      </w:r>
      <w:proofErr w:type="spellEnd"/>
      <w:r w:rsidRPr="0033493B">
        <w:rPr>
          <w:rFonts w:ascii="Arial" w:hAnsi="Arial" w:cs="Arial"/>
          <w:sz w:val="24"/>
          <w:szCs w:val="24"/>
        </w:rPr>
        <w:t xml:space="preserve"> se uvjeti, kriteriji, postupak, visina i način isplate jednokratnih naknada sportašima s prebivalištem na području Grada Crikvenice koji nastupaju za nacionalnu reprezentaciju Republike Hrvatske.</w:t>
      </w:r>
    </w:p>
    <w:p w14:paraId="30F0C0C0" w14:textId="77777777" w:rsidR="00DD2F6B" w:rsidRPr="0033493B" w:rsidRDefault="00F6031A" w:rsidP="0033493B">
      <w:pPr>
        <w:ind w:firstLine="397"/>
        <w:jc w:val="both"/>
        <w:rPr>
          <w:rFonts w:ascii="Arial" w:hAnsi="Arial" w:cs="Arial"/>
          <w:sz w:val="24"/>
          <w:szCs w:val="24"/>
        </w:rPr>
      </w:pPr>
      <w:proofErr w:type="spellStart"/>
      <w:r w:rsidRPr="0033493B">
        <w:rPr>
          <w:rFonts w:ascii="Arial" w:hAnsi="Arial" w:cs="Arial"/>
          <w:sz w:val="24"/>
          <w:szCs w:val="24"/>
        </w:rPr>
        <w:t>Odredbe</w:t>
      </w:r>
      <w:proofErr w:type="spellEnd"/>
      <w:r w:rsidRPr="0033493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3493B">
        <w:rPr>
          <w:rFonts w:ascii="Arial" w:hAnsi="Arial" w:cs="Arial"/>
          <w:sz w:val="24"/>
          <w:szCs w:val="24"/>
        </w:rPr>
        <w:t>ovoga</w:t>
      </w:r>
      <w:proofErr w:type="spellEnd"/>
      <w:r w:rsidRPr="0033493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3493B">
        <w:rPr>
          <w:rFonts w:ascii="Arial" w:hAnsi="Arial" w:cs="Arial"/>
          <w:sz w:val="24"/>
          <w:szCs w:val="24"/>
        </w:rPr>
        <w:t>Pravilnika</w:t>
      </w:r>
      <w:proofErr w:type="spellEnd"/>
      <w:r w:rsidRPr="0033493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3493B">
        <w:rPr>
          <w:rFonts w:ascii="Arial" w:hAnsi="Arial" w:cs="Arial"/>
          <w:sz w:val="24"/>
          <w:szCs w:val="24"/>
        </w:rPr>
        <w:t>na</w:t>
      </w:r>
      <w:proofErr w:type="spellEnd"/>
      <w:r w:rsidRPr="0033493B">
        <w:rPr>
          <w:rFonts w:ascii="Arial" w:hAnsi="Arial" w:cs="Arial"/>
          <w:sz w:val="24"/>
          <w:szCs w:val="24"/>
        </w:rPr>
        <w:t xml:space="preserve"> odgovarajući se način primjenjuju na sportaše u sportu, parasportu i sportu gluhih.</w:t>
      </w:r>
    </w:p>
    <w:p w14:paraId="1F1F61D7" w14:textId="77777777" w:rsidR="00DD2F6B" w:rsidRPr="0033493B" w:rsidRDefault="00F6031A">
      <w:pPr>
        <w:jc w:val="center"/>
        <w:rPr>
          <w:rFonts w:ascii="Arial" w:hAnsi="Arial" w:cs="Arial"/>
          <w:sz w:val="24"/>
          <w:szCs w:val="24"/>
        </w:rPr>
      </w:pPr>
      <w:proofErr w:type="spellStart"/>
      <w:r w:rsidRPr="0033493B">
        <w:rPr>
          <w:rFonts w:ascii="Arial" w:hAnsi="Arial" w:cs="Arial"/>
          <w:b/>
          <w:sz w:val="24"/>
          <w:szCs w:val="24"/>
        </w:rPr>
        <w:t>Članak</w:t>
      </w:r>
      <w:proofErr w:type="spellEnd"/>
      <w:r w:rsidRPr="0033493B">
        <w:rPr>
          <w:rFonts w:ascii="Arial" w:hAnsi="Arial" w:cs="Arial"/>
          <w:b/>
          <w:sz w:val="24"/>
          <w:szCs w:val="24"/>
        </w:rPr>
        <w:t xml:space="preserve"> 2.</w:t>
      </w:r>
    </w:p>
    <w:p w14:paraId="11F931A7" w14:textId="77777777" w:rsidR="00DD2F6B" w:rsidRPr="0033493B" w:rsidRDefault="00F6031A" w:rsidP="0033493B">
      <w:pPr>
        <w:ind w:firstLine="397"/>
        <w:jc w:val="both"/>
        <w:rPr>
          <w:rFonts w:ascii="Arial" w:hAnsi="Arial" w:cs="Arial"/>
          <w:sz w:val="24"/>
          <w:szCs w:val="24"/>
        </w:rPr>
      </w:pPr>
      <w:r w:rsidRPr="0033493B">
        <w:rPr>
          <w:rFonts w:ascii="Arial" w:hAnsi="Arial" w:cs="Arial"/>
          <w:sz w:val="24"/>
          <w:szCs w:val="24"/>
        </w:rPr>
        <w:t>Sredstva za jednokratne naknade osiguravaju se u Proračunu Grada Crikvenice u okviru programa javnih potreba u sportu.</w:t>
      </w:r>
    </w:p>
    <w:p w14:paraId="1FF27E28" w14:textId="77777777" w:rsidR="00DD2F6B" w:rsidRPr="0033493B" w:rsidRDefault="00F6031A" w:rsidP="0033493B">
      <w:pPr>
        <w:ind w:firstLine="397"/>
        <w:jc w:val="both"/>
        <w:rPr>
          <w:rFonts w:ascii="Arial" w:hAnsi="Arial" w:cs="Arial"/>
          <w:sz w:val="24"/>
          <w:szCs w:val="24"/>
        </w:rPr>
      </w:pPr>
      <w:r w:rsidRPr="0033493B">
        <w:rPr>
          <w:rFonts w:ascii="Arial" w:hAnsi="Arial" w:cs="Arial"/>
          <w:sz w:val="24"/>
          <w:szCs w:val="24"/>
        </w:rPr>
        <w:t>Pravo na naknadu ostvaruje se uz uvjet da su za tu namjenu osigurana proračunska sredstva.</w:t>
      </w:r>
    </w:p>
    <w:p w14:paraId="34DE77A2" w14:textId="77777777" w:rsidR="00DD2F6B" w:rsidRPr="0033493B" w:rsidRDefault="00F6031A">
      <w:pPr>
        <w:pStyle w:val="Naslov1"/>
        <w:rPr>
          <w:rFonts w:ascii="Arial" w:hAnsi="Arial" w:cs="Arial"/>
          <w:sz w:val="24"/>
          <w:szCs w:val="24"/>
        </w:rPr>
      </w:pPr>
      <w:r w:rsidRPr="0033493B">
        <w:rPr>
          <w:rFonts w:ascii="Arial" w:eastAsiaTheme="minorEastAsia" w:hAnsi="Arial" w:cs="Arial"/>
          <w:bCs w:val="0"/>
          <w:color w:val="auto"/>
          <w:sz w:val="24"/>
          <w:szCs w:val="24"/>
        </w:rPr>
        <w:t>II. UVJETI ZA OSTVARIVANJE PRAVA</w:t>
      </w:r>
    </w:p>
    <w:p w14:paraId="55A0570B" w14:textId="77777777" w:rsidR="00DD2F6B" w:rsidRPr="0033493B" w:rsidRDefault="00F6031A">
      <w:pPr>
        <w:jc w:val="center"/>
        <w:rPr>
          <w:rFonts w:ascii="Arial" w:hAnsi="Arial" w:cs="Arial"/>
          <w:sz w:val="24"/>
          <w:szCs w:val="24"/>
        </w:rPr>
      </w:pPr>
      <w:r w:rsidRPr="0033493B">
        <w:rPr>
          <w:rFonts w:ascii="Arial" w:hAnsi="Arial" w:cs="Arial"/>
          <w:b/>
          <w:sz w:val="24"/>
          <w:szCs w:val="24"/>
        </w:rPr>
        <w:t>Članak 3.</w:t>
      </w:r>
    </w:p>
    <w:p w14:paraId="03382EFF" w14:textId="77777777" w:rsidR="00DD2F6B" w:rsidRPr="0033493B" w:rsidRDefault="00F6031A" w:rsidP="0033493B">
      <w:pPr>
        <w:ind w:firstLine="397"/>
        <w:jc w:val="both"/>
        <w:rPr>
          <w:rFonts w:ascii="Arial" w:hAnsi="Arial" w:cs="Arial"/>
          <w:sz w:val="24"/>
          <w:szCs w:val="24"/>
        </w:rPr>
      </w:pPr>
      <w:r w:rsidRPr="0033493B">
        <w:rPr>
          <w:rFonts w:ascii="Arial" w:hAnsi="Arial" w:cs="Arial"/>
          <w:sz w:val="24"/>
          <w:szCs w:val="24"/>
        </w:rPr>
        <w:t>Pravo na jednokratnu naknadu može ostvariti sportaš koji na dan reprezentativnog nastupa ima prebivalište na području Grada Crikvenice, neovisno o sjedištu sportskog kluba ili sportske udruge čiji je član.</w:t>
      </w:r>
    </w:p>
    <w:p w14:paraId="1D6F92A1" w14:textId="77777777" w:rsidR="00DD2F6B" w:rsidRPr="0033493B" w:rsidRDefault="00F6031A" w:rsidP="0033493B">
      <w:pPr>
        <w:ind w:firstLine="397"/>
        <w:jc w:val="both"/>
        <w:rPr>
          <w:rFonts w:ascii="Arial" w:hAnsi="Arial" w:cs="Arial"/>
          <w:sz w:val="24"/>
          <w:szCs w:val="24"/>
        </w:rPr>
      </w:pPr>
      <w:r w:rsidRPr="0033493B">
        <w:rPr>
          <w:rFonts w:ascii="Arial" w:hAnsi="Arial" w:cs="Arial"/>
          <w:sz w:val="24"/>
          <w:szCs w:val="24"/>
        </w:rPr>
        <w:t>Sportaš mora biti pozvan od nadležnog nacionalnog sportskog saveza u nacionalnu reprezentaciju Republike Hrvatske i u okviru tog poziva ostvariti najmanje jedan službeni nastup odnosno sudjelovati na službenom međunarodnom natjecanju za nacionalnu reprezentaciju.</w:t>
      </w:r>
    </w:p>
    <w:p w14:paraId="5C58E17D" w14:textId="77777777" w:rsidR="00DD2F6B" w:rsidRDefault="00F6031A" w:rsidP="0033493B">
      <w:pPr>
        <w:ind w:firstLine="397"/>
        <w:jc w:val="both"/>
        <w:rPr>
          <w:rFonts w:ascii="Arial" w:hAnsi="Arial" w:cs="Arial"/>
          <w:sz w:val="24"/>
          <w:szCs w:val="24"/>
        </w:rPr>
      </w:pPr>
      <w:r w:rsidRPr="0033493B">
        <w:rPr>
          <w:rFonts w:ascii="Arial" w:hAnsi="Arial" w:cs="Arial"/>
          <w:sz w:val="24"/>
          <w:szCs w:val="24"/>
        </w:rPr>
        <w:t xml:space="preserve">Samo uvrštenje na širi popis reprezentacije, bez stvarnog nastupa odnosno sudjelovanja iz stavka 2. ovoga članka, ne </w:t>
      </w:r>
      <w:proofErr w:type="spellStart"/>
      <w:r w:rsidRPr="0033493B">
        <w:rPr>
          <w:rFonts w:ascii="Arial" w:hAnsi="Arial" w:cs="Arial"/>
          <w:sz w:val="24"/>
          <w:szCs w:val="24"/>
        </w:rPr>
        <w:t>daje</w:t>
      </w:r>
      <w:proofErr w:type="spellEnd"/>
      <w:r w:rsidRPr="0033493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3493B">
        <w:rPr>
          <w:rFonts w:ascii="Arial" w:hAnsi="Arial" w:cs="Arial"/>
          <w:sz w:val="24"/>
          <w:szCs w:val="24"/>
        </w:rPr>
        <w:t>pravo</w:t>
      </w:r>
      <w:proofErr w:type="spellEnd"/>
      <w:r w:rsidRPr="0033493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3493B">
        <w:rPr>
          <w:rFonts w:ascii="Arial" w:hAnsi="Arial" w:cs="Arial"/>
          <w:sz w:val="24"/>
          <w:szCs w:val="24"/>
        </w:rPr>
        <w:t>na</w:t>
      </w:r>
      <w:proofErr w:type="spellEnd"/>
      <w:r w:rsidRPr="0033493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3493B">
        <w:rPr>
          <w:rFonts w:ascii="Arial" w:hAnsi="Arial" w:cs="Arial"/>
          <w:sz w:val="24"/>
          <w:szCs w:val="24"/>
        </w:rPr>
        <w:t>naknadu</w:t>
      </w:r>
      <w:proofErr w:type="spellEnd"/>
      <w:r w:rsidRPr="0033493B">
        <w:rPr>
          <w:rFonts w:ascii="Arial" w:hAnsi="Arial" w:cs="Arial"/>
          <w:sz w:val="24"/>
          <w:szCs w:val="24"/>
        </w:rPr>
        <w:t>.</w:t>
      </w:r>
    </w:p>
    <w:p w14:paraId="091C62FF" w14:textId="77777777" w:rsidR="001675CD" w:rsidRDefault="001675CD" w:rsidP="0033493B">
      <w:pPr>
        <w:ind w:firstLine="397"/>
        <w:jc w:val="both"/>
        <w:rPr>
          <w:rFonts w:ascii="Arial" w:hAnsi="Arial" w:cs="Arial"/>
          <w:sz w:val="24"/>
          <w:szCs w:val="24"/>
        </w:rPr>
      </w:pPr>
    </w:p>
    <w:p w14:paraId="43DB2A9F" w14:textId="77777777" w:rsidR="001675CD" w:rsidRPr="0033493B" w:rsidRDefault="001675CD" w:rsidP="0033493B">
      <w:pPr>
        <w:ind w:firstLine="397"/>
        <w:jc w:val="both"/>
        <w:rPr>
          <w:rFonts w:ascii="Arial" w:hAnsi="Arial" w:cs="Arial"/>
          <w:sz w:val="24"/>
          <w:szCs w:val="24"/>
        </w:rPr>
      </w:pPr>
    </w:p>
    <w:p w14:paraId="58CF4F53" w14:textId="77777777" w:rsidR="00DD2F6B" w:rsidRPr="0033493B" w:rsidRDefault="00F6031A">
      <w:pPr>
        <w:jc w:val="center"/>
        <w:rPr>
          <w:rFonts w:ascii="Arial" w:hAnsi="Arial" w:cs="Arial"/>
          <w:sz w:val="24"/>
          <w:szCs w:val="24"/>
        </w:rPr>
      </w:pPr>
      <w:r w:rsidRPr="0033493B">
        <w:rPr>
          <w:rFonts w:ascii="Arial" w:hAnsi="Arial" w:cs="Arial"/>
          <w:b/>
          <w:sz w:val="24"/>
          <w:szCs w:val="24"/>
        </w:rPr>
        <w:lastRenderedPageBreak/>
        <w:t>Članak 4.</w:t>
      </w:r>
    </w:p>
    <w:p w14:paraId="242317F8" w14:textId="77777777" w:rsidR="00DD2F6B" w:rsidRPr="0033493B" w:rsidRDefault="00F6031A" w:rsidP="0033493B">
      <w:pPr>
        <w:ind w:firstLine="397"/>
        <w:jc w:val="both"/>
        <w:rPr>
          <w:rFonts w:ascii="Arial" w:hAnsi="Arial" w:cs="Arial"/>
          <w:sz w:val="24"/>
          <w:szCs w:val="24"/>
        </w:rPr>
      </w:pPr>
      <w:r w:rsidRPr="0033493B">
        <w:rPr>
          <w:rFonts w:ascii="Arial" w:hAnsi="Arial" w:cs="Arial"/>
          <w:sz w:val="24"/>
          <w:szCs w:val="24"/>
        </w:rPr>
        <w:t>Za potrebe ovoga Pravilnika jednim reprezentativnim ciklusom smatra se skup priprema, utakmica ili natjecanja obuhvaćenih istim pozivom ili neposredno povezanim pozivima za isto natjecanje odnosno pripremno razdoblje.</w:t>
      </w:r>
    </w:p>
    <w:p w14:paraId="715B3F63" w14:textId="77777777" w:rsidR="00DD2F6B" w:rsidRPr="0033493B" w:rsidRDefault="00F6031A" w:rsidP="0033493B">
      <w:pPr>
        <w:ind w:firstLine="397"/>
        <w:jc w:val="both"/>
        <w:rPr>
          <w:rFonts w:ascii="Arial" w:hAnsi="Arial" w:cs="Arial"/>
          <w:sz w:val="24"/>
          <w:szCs w:val="24"/>
        </w:rPr>
      </w:pPr>
      <w:r w:rsidRPr="0033493B">
        <w:rPr>
          <w:rFonts w:ascii="Arial" w:hAnsi="Arial" w:cs="Arial"/>
          <w:sz w:val="24"/>
          <w:szCs w:val="24"/>
        </w:rPr>
        <w:t>Više nastupa unutar istog reprezentativnog ciklusa smatra se jednom osnovom za ostvarivanje jednokratne naknade.</w:t>
      </w:r>
    </w:p>
    <w:p w14:paraId="549B9EF1" w14:textId="77777777" w:rsidR="00DD2F6B" w:rsidRPr="0033493B" w:rsidRDefault="00F6031A">
      <w:pPr>
        <w:pStyle w:val="Naslov1"/>
        <w:rPr>
          <w:rFonts w:ascii="Arial" w:eastAsiaTheme="minorEastAsia" w:hAnsi="Arial" w:cs="Arial"/>
          <w:bCs w:val="0"/>
          <w:color w:val="auto"/>
          <w:sz w:val="24"/>
          <w:szCs w:val="24"/>
        </w:rPr>
      </w:pPr>
      <w:r w:rsidRPr="0033493B">
        <w:rPr>
          <w:rFonts w:ascii="Arial" w:eastAsiaTheme="minorEastAsia" w:hAnsi="Arial" w:cs="Arial"/>
          <w:bCs w:val="0"/>
          <w:color w:val="auto"/>
          <w:sz w:val="24"/>
          <w:szCs w:val="24"/>
        </w:rPr>
        <w:t>III. VISINA I UČESTALOST NAKNADE</w:t>
      </w:r>
    </w:p>
    <w:p w14:paraId="712D65A1" w14:textId="77777777" w:rsidR="00DD2F6B" w:rsidRPr="0033493B" w:rsidRDefault="00F6031A">
      <w:pPr>
        <w:jc w:val="center"/>
        <w:rPr>
          <w:rFonts w:ascii="Arial" w:hAnsi="Arial" w:cs="Arial"/>
          <w:sz w:val="24"/>
          <w:szCs w:val="24"/>
        </w:rPr>
      </w:pPr>
      <w:r w:rsidRPr="0033493B">
        <w:rPr>
          <w:rFonts w:ascii="Arial" w:hAnsi="Arial" w:cs="Arial"/>
          <w:b/>
          <w:sz w:val="24"/>
          <w:szCs w:val="24"/>
        </w:rPr>
        <w:t>Članak 5.</w:t>
      </w:r>
    </w:p>
    <w:p w14:paraId="75A0C8C5" w14:textId="77777777" w:rsidR="00DD2F6B" w:rsidRPr="0033493B" w:rsidRDefault="00F6031A" w:rsidP="0033493B">
      <w:pPr>
        <w:ind w:firstLine="397"/>
        <w:jc w:val="both"/>
        <w:rPr>
          <w:rFonts w:ascii="Arial" w:hAnsi="Arial" w:cs="Arial"/>
          <w:sz w:val="24"/>
          <w:szCs w:val="24"/>
        </w:rPr>
      </w:pPr>
      <w:r w:rsidRPr="0033493B">
        <w:rPr>
          <w:rFonts w:ascii="Arial" w:hAnsi="Arial" w:cs="Arial"/>
          <w:sz w:val="24"/>
          <w:szCs w:val="24"/>
        </w:rPr>
        <w:t>Visina jednokratne naknade određuje se prema uzrasnoj kategoriji u kojoj je sportaš ostvario reprezentativni nastup:</w:t>
      </w:r>
    </w:p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4703"/>
        <w:gridCol w:w="4703"/>
      </w:tblGrid>
      <w:tr w:rsidR="00DD2F6B" w:rsidRPr="0033493B" w14:paraId="5E9033CC" w14:textId="77777777">
        <w:trPr>
          <w:jc w:val="center"/>
        </w:trPr>
        <w:tc>
          <w:tcPr>
            <w:tcW w:w="4703" w:type="dxa"/>
            <w:shd w:val="clear" w:color="auto" w:fill="E7E6E6"/>
          </w:tcPr>
          <w:p w14:paraId="3443345D" w14:textId="77777777" w:rsidR="00DD2F6B" w:rsidRPr="0033493B" w:rsidRDefault="00F6031A" w:rsidP="0033493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33493B">
              <w:rPr>
                <w:rFonts w:ascii="Arial" w:hAnsi="Arial" w:cs="Arial"/>
                <w:b/>
                <w:sz w:val="24"/>
                <w:szCs w:val="24"/>
              </w:rPr>
              <w:t>Uzrasna kategorija</w:t>
            </w:r>
          </w:p>
        </w:tc>
        <w:tc>
          <w:tcPr>
            <w:tcW w:w="4703" w:type="dxa"/>
            <w:shd w:val="clear" w:color="auto" w:fill="E7E6E6"/>
          </w:tcPr>
          <w:p w14:paraId="113CA4F0" w14:textId="77777777" w:rsidR="00DD2F6B" w:rsidRPr="0033493B" w:rsidRDefault="00F6031A" w:rsidP="0033493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33493B">
              <w:rPr>
                <w:rFonts w:ascii="Arial" w:hAnsi="Arial" w:cs="Arial"/>
                <w:b/>
                <w:sz w:val="24"/>
                <w:szCs w:val="24"/>
              </w:rPr>
              <w:t>Iznos jednokratne naknade</w:t>
            </w:r>
          </w:p>
        </w:tc>
      </w:tr>
      <w:tr w:rsidR="00DD2F6B" w:rsidRPr="0033493B" w14:paraId="1FD7D786" w14:textId="77777777">
        <w:trPr>
          <w:jc w:val="center"/>
        </w:trPr>
        <w:tc>
          <w:tcPr>
            <w:tcW w:w="4703" w:type="dxa"/>
            <w:vAlign w:val="center"/>
          </w:tcPr>
          <w:p w14:paraId="5D20042E" w14:textId="77777777" w:rsidR="00DD2F6B" w:rsidRPr="0033493B" w:rsidRDefault="00F6031A" w:rsidP="0033493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33493B">
              <w:rPr>
                <w:rFonts w:ascii="Arial" w:hAnsi="Arial" w:cs="Arial"/>
                <w:sz w:val="24"/>
                <w:szCs w:val="24"/>
              </w:rPr>
              <w:t>Pionirska</w:t>
            </w:r>
          </w:p>
        </w:tc>
        <w:tc>
          <w:tcPr>
            <w:tcW w:w="4703" w:type="dxa"/>
            <w:vAlign w:val="center"/>
          </w:tcPr>
          <w:p w14:paraId="304D4835" w14:textId="77777777" w:rsidR="00DD2F6B" w:rsidRPr="0033493B" w:rsidRDefault="00F6031A" w:rsidP="0033493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33493B">
              <w:rPr>
                <w:rFonts w:ascii="Arial" w:hAnsi="Arial" w:cs="Arial"/>
                <w:sz w:val="24"/>
                <w:szCs w:val="24"/>
              </w:rPr>
              <w:t>75,00 EUR</w:t>
            </w:r>
          </w:p>
        </w:tc>
      </w:tr>
      <w:tr w:rsidR="00DD2F6B" w:rsidRPr="0033493B" w14:paraId="6A647073" w14:textId="77777777">
        <w:trPr>
          <w:jc w:val="center"/>
        </w:trPr>
        <w:tc>
          <w:tcPr>
            <w:tcW w:w="4703" w:type="dxa"/>
            <w:vAlign w:val="center"/>
          </w:tcPr>
          <w:p w14:paraId="3673E0FC" w14:textId="77777777" w:rsidR="00DD2F6B" w:rsidRPr="0033493B" w:rsidRDefault="00F6031A" w:rsidP="0033493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33493B">
              <w:rPr>
                <w:rFonts w:ascii="Arial" w:hAnsi="Arial" w:cs="Arial"/>
                <w:sz w:val="24"/>
                <w:szCs w:val="24"/>
              </w:rPr>
              <w:t>Kadetska</w:t>
            </w:r>
          </w:p>
        </w:tc>
        <w:tc>
          <w:tcPr>
            <w:tcW w:w="4703" w:type="dxa"/>
            <w:vAlign w:val="center"/>
          </w:tcPr>
          <w:p w14:paraId="168AEAF5" w14:textId="77777777" w:rsidR="00DD2F6B" w:rsidRPr="0033493B" w:rsidRDefault="00F6031A" w:rsidP="0033493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33493B">
              <w:rPr>
                <w:rFonts w:ascii="Arial" w:hAnsi="Arial" w:cs="Arial"/>
                <w:sz w:val="24"/>
                <w:szCs w:val="24"/>
              </w:rPr>
              <w:t>100,00 EUR</w:t>
            </w:r>
          </w:p>
        </w:tc>
      </w:tr>
      <w:tr w:rsidR="00DD2F6B" w:rsidRPr="0033493B" w14:paraId="3B110CC0" w14:textId="77777777">
        <w:trPr>
          <w:jc w:val="center"/>
        </w:trPr>
        <w:tc>
          <w:tcPr>
            <w:tcW w:w="4703" w:type="dxa"/>
            <w:vAlign w:val="center"/>
          </w:tcPr>
          <w:p w14:paraId="2A3AD581" w14:textId="77777777" w:rsidR="00DD2F6B" w:rsidRPr="0033493B" w:rsidRDefault="00F6031A" w:rsidP="0033493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33493B">
              <w:rPr>
                <w:rFonts w:ascii="Arial" w:hAnsi="Arial" w:cs="Arial"/>
                <w:sz w:val="24"/>
                <w:szCs w:val="24"/>
              </w:rPr>
              <w:t>Juniorska</w:t>
            </w:r>
          </w:p>
        </w:tc>
        <w:tc>
          <w:tcPr>
            <w:tcW w:w="4703" w:type="dxa"/>
            <w:vAlign w:val="center"/>
          </w:tcPr>
          <w:p w14:paraId="2E1D74A8" w14:textId="77777777" w:rsidR="00DD2F6B" w:rsidRPr="0033493B" w:rsidRDefault="00F6031A" w:rsidP="0033493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33493B">
              <w:rPr>
                <w:rFonts w:ascii="Arial" w:hAnsi="Arial" w:cs="Arial"/>
                <w:sz w:val="24"/>
                <w:szCs w:val="24"/>
              </w:rPr>
              <w:t>150,00 EUR</w:t>
            </w:r>
          </w:p>
        </w:tc>
      </w:tr>
      <w:tr w:rsidR="00DD2F6B" w:rsidRPr="0033493B" w14:paraId="02F85873" w14:textId="77777777">
        <w:trPr>
          <w:jc w:val="center"/>
        </w:trPr>
        <w:tc>
          <w:tcPr>
            <w:tcW w:w="4703" w:type="dxa"/>
            <w:vAlign w:val="center"/>
          </w:tcPr>
          <w:p w14:paraId="1822F2AD" w14:textId="77777777" w:rsidR="00DD2F6B" w:rsidRPr="0033493B" w:rsidRDefault="00F6031A" w:rsidP="0033493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33493B">
              <w:rPr>
                <w:rFonts w:ascii="Arial" w:hAnsi="Arial" w:cs="Arial"/>
                <w:sz w:val="24"/>
                <w:szCs w:val="24"/>
              </w:rPr>
              <w:t>Seniorska</w:t>
            </w:r>
          </w:p>
        </w:tc>
        <w:tc>
          <w:tcPr>
            <w:tcW w:w="4703" w:type="dxa"/>
            <w:vAlign w:val="center"/>
          </w:tcPr>
          <w:p w14:paraId="0FC490EC" w14:textId="77777777" w:rsidR="00DD2F6B" w:rsidRPr="0033493B" w:rsidRDefault="00F6031A" w:rsidP="0033493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33493B">
              <w:rPr>
                <w:rFonts w:ascii="Arial" w:hAnsi="Arial" w:cs="Arial"/>
                <w:sz w:val="24"/>
                <w:szCs w:val="24"/>
              </w:rPr>
              <w:t>200,00 EUR</w:t>
            </w:r>
          </w:p>
        </w:tc>
      </w:tr>
    </w:tbl>
    <w:p w14:paraId="0C65D56C" w14:textId="77777777" w:rsidR="00DD2F6B" w:rsidRPr="0033493B" w:rsidRDefault="00F6031A" w:rsidP="0033493B">
      <w:pPr>
        <w:ind w:firstLine="397"/>
        <w:jc w:val="both"/>
        <w:rPr>
          <w:rFonts w:ascii="Arial" w:hAnsi="Arial" w:cs="Arial"/>
          <w:sz w:val="24"/>
          <w:szCs w:val="24"/>
        </w:rPr>
      </w:pPr>
      <w:r w:rsidRPr="0033493B">
        <w:rPr>
          <w:rFonts w:ascii="Arial" w:hAnsi="Arial" w:cs="Arial"/>
          <w:sz w:val="24"/>
          <w:szCs w:val="24"/>
        </w:rPr>
        <w:t>Visina naknade ne ovisi o radnom statusu, školovanju, studentskom statusu, zaposlenosti, nezaposlenosti niti prihodima sportaša.</w:t>
      </w:r>
    </w:p>
    <w:p w14:paraId="39B95911" w14:textId="77777777" w:rsidR="00DD2F6B" w:rsidRPr="0033493B" w:rsidRDefault="00F6031A">
      <w:pPr>
        <w:jc w:val="center"/>
        <w:rPr>
          <w:rFonts w:ascii="Arial" w:hAnsi="Arial" w:cs="Arial"/>
          <w:sz w:val="24"/>
          <w:szCs w:val="24"/>
        </w:rPr>
      </w:pPr>
      <w:r w:rsidRPr="0033493B">
        <w:rPr>
          <w:rFonts w:ascii="Arial" w:hAnsi="Arial" w:cs="Arial"/>
          <w:b/>
          <w:sz w:val="24"/>
          <w:szCs w:val="24"/>
        </w:rPr>
        <w:t>Članak 6.</w:t>
      </w:r>
    </w:p>
    <w:p w14:paraId="169AC0ED" w14:textId="77777777" w:rsidR="00DD2F6B" w:rsidRPr="0033493B" w:rsidRDefault="00F6031A" w:rsidP="0033493B">
      <w:pPr>
        <w:ind w:firstLine="397"/>
        <w:jc w:val="both"/>
        <w:rPr>
          <w:rFonts w:ascii="Arial" w:hAnsi="Arial" w:cs="Arial"/>
          <w:sz w:val="24"/>
          <w:szCs w:val="24"/>
        </w:rPr>
      </w:pPr>
      <w:r w:rsidRPr="0033493B">
        <w:rPr>
          <w:rFonts w:ascii="Arial" w:hAnsi="Arial" w:cs="Arial"/>
          <w:sz w:val="24"/>
          <w:szCs w:val="24"/>
        </w:rPr>
        <w:t>Sportaš može ostvariti pravo na jednokratnu naknadu najviše dva puta u jednoj kalendarskoj godini, neovisno o ukupnom broju reprezentativnih poziva i nastupa.</w:t>
      </w:r>
    </w:p>
    <w:p w14:paraId="49E813E5" w14:textId="77777777" w:rsidR="00DD2F6B" w:rsidRPr="0033493B" w:rsidRDefault="00F6031A" w:rsidP="0033493B">
      <w:pPr>
        <w:ind w:firstLine="397"/>
        <w:jc w:val="both"/>
        <w:rPr>
          <w:rFonts w:ascii="Arial" w:hAnsi="Arial" w:cs="Arial"/>
          <w:sz w:val="24"/>
          <w:szCs w:val="24"/>
        </w:rPr>
      </w:pPr>
      <w:r w:rsidRPr="0033493B">
        <w:rPr>
          <w:rFonts w:ascii="Arial" w:hAnsi="Arial" w:cs="Arial"/>
          <w:sz w:val="24"/>
          <w:szCs w:val="24"/>
        </w:rPr>
        <w:t>Za svaki reprezentativni ciklus naknada se može ostvariti samo jednom.</w:t>
      </w:r>
    </w:p>
    <w:p w14:paraId="67502330" w14:textId="77777777" w:rsidR="00DD2F6B" w:rsidRPr="0033493B" w:rsidRDefault="00F6031A" w:rsidP="0033493B">
      <w:pPr>
        <w:ind w:firstLine="397"/>
        <w:jc w:val="both"/>
        <w:rPr>
          <w:rFonts w:ascii="Arial" w:hAnsi="Arial" w:cs="Arial"/>
          <w:sz w:val="24"/>
          <w:szCs w:val="24"/>
        </w:rPr>
      </w:pPr>
      <w:r w:rsidRPr="0033493B">
        <w:rPr>
          <w:rFonts w:ascii="Arial" w:hAnsi="Arial" w:cs="Arial"/>
          <w:sz w:val="24"/>
          <w:szCs w:val="24"/>
        </w:rPr>
        <w:t>Ako sportaš tijekom iste kalendarske godine nastupi u različitim uzrasnim kategorijama, za pojedini nastup primjenjuje se iznos koji odgovara kategoriji u kojoj je taj nastup ostvaren.</w:t>
      </w:r>
    </w:p>
    <w:p w14:paraId="0862D0F7" w14:textId="77777777" w:rsidR="00DD2F6B" w:rsidRPr="0033493B" w:rsidRDefault="00F6031A">
      <w:pPr>
        <w:jc w:val="center"/>
        <w:rPr>
          <w:rFonts w:ascii="Arial" w:hAnsi="Arial" w:cs="Arial"/>
          <w:sz w:val="24"/>
          <w:szCs w:val="24"/>
        </w:rPr>
      </w:pPr>
      <w:r w:rsidRPr="0033493B">
        <w:rPr>
          <w:rFonts w:ascii="Arial" w:hAnsi="Arial" w:cs="Arial"/>
          <w:b/>
          <w:sz w:val="24"/>
          <w:szCs w:val="24"/>
        </w:rPr>
        <w:t>Članak 7.</w:t>
      </w:r>
    </w:p>
    <w:p w14:paraId="51F7561E" w14:textId="77777777" w:rsidR="00DD2F6B" w:rsidRPr="0033493B" w:rsidRDefault="00F6031A" w:rsidP="0033493B">
      <w:pPr>
        <w:ind w:firstLine="397"/>
        <w:jc w:val="both"/>
        <w:rPr>
          <w:rFonts w:ascii="Arial" w:hAnsi="Arial" w:cs="Arial"/>
          <w:sz w:val="24"/>
          <w:szCs w:val="24"/>
        </w:rPr>
      </w:pPr>
      <w:r w:rsidRPr="0033493B">
        <w:rPr>
          <w:rFonts w:ascii="Arial" w:hAnsi="Arial" w:cs="Arial"/>
          <w:sz w:val="24"/>
          <w:szCs w:val="24"/>
        </w:rPr>
        <w:t>Jednokratna naknada iz ovoga Pravilnika predstavlja priznanje za reprezentativni nastup i ne predstavlja nagradu za osvojenu medalju, plasman ili drugo vrhunsko sportsko postignuće.</w:t>
      </w:r>
    </w:p>
    <w:p w14:paraId="18AF9431" w14:textId="77777777" w:rsidR="00DD2F6B" w:rsidRPr="0033493B" w:rsidRDefault="00F6031A" w:rsidP="0033493B">
      <w:pPr>
        <w:ind w:firstLine="397"/>
        <w:jc w:val="both"/>
        <w:rPr>
          <w:rFonts w:ascii="Arial" w:hAnsi="Arial" w:cs="Arial"/>
          <w:sz w:val="24"/>
          <w:szCs w:val="24"/>
        </w:rPr>
      </w:pPr>
      <w:r w:rsidRPr="0033493B">
        <w:rPr>
          <w:rFonts w:ascii="Arial" w:hAnsi="Arial" w:cs="Arial"/>
          <w:sz w:val="24"/>
          <w:szCs w:val="24"/>
        </w:rPr>
        <w:t>Posebno nagrađivanje iznimnih sportskih rezultata može se urediti drugim općim aktom odnosno posebnom odlukom Grada Crikvenice.</w:t>
      </w:r>
    </w:p>
    <w:p w14:paraId="22D4E6BB" w14:textId="77777777" w:rsidR="00DD2F6B" w:rsidRPr="0033493B" w:rsidRDefault="00F6031A">
      <w:pPr>
        <w:pStyle w:val="Naslov1"/>
        <w:rPr>
          <w:rFonts w:ascii="Arial" w:eastAsiaTheme="minorEastAsia" w:hAnsi="Arial" w:cs="Arial"/>
          <w:bCs w:val="0"/>
          <w:color w:val="auto"/>
          <w:sz w:val="24"/>
          <w:szCs w:val="24"/>
        </w:rPr>
      </w:pPr>
      <w:r w:rsidRPr="0033493B">
        <w:rPr>
          <w:rFonts w:ascii="Arial" w:eastAsiaTheme="minorEastAsia" w:hAnsi="Arial" w:cs="Arial"/>
          <w:bCs w:val="0"/>
          <w:color w:val="auto"/>
          <w:sz w:val="24"/>
          <w:szCs w:val="24"/>
        </w:rPr>
        <w:t>IV. ZAHTJEV I DOKUMENTACIJA</w:t>
      </w:r>
    </w:p>
    <w:p w14:paraId="5CA45FFC" w14:textId="77777777" w:rsidR="00DD2F6B" w:rsidRPr="0033493B" w:rsidRDefault="00F6031A">
      <w:pPr>
        <w:jc w:val="center"/>
        <w:rPr>
          <w:rFonts w:ascii="Arial" w:hAnsi="Arial" w:cs="Arial"/>
          <w:sz w:val="24"/>
          <w:szCs w:val="24"/>
        </w:rPr>
      </w:pPr>
      <w:r w:rsidRPr="0033493B">
        <w:rPr>
          <w:rFonts w:ascii="Arial" w:hAnsi="Arial" w:cs="Arial"/>
          <w:b/>
          <w:sz w:val="24"/>
          <w:szCs w:val="24"/>
        </w:rPr>
        <w:t>Članak 8.</w:t>
      </w:r>
    </w:p>
    <w:p w14:paraId="42371595" w14:textId="77777777" w:rsidR="00180FD4" w:rsidRPr="00180FD4" w:rsidRDefault="00180FD4" w:rsidP="00180FD4">
      <w:pPr>
        <w:ind w:firstLine="397"/>
        <w:jc w:val="both"/>
        <w:rPr>
          <w:rFonts w:ascii="Arial" w:hAnsi="Arial" w:cs="Arial"/>
          <w:sz w:val="24"/>
          <w:szCs w:val="24"/>
        </w:rPr>
      </w:pPr>
      <w:r w:rsidRPr="00180FD4">
        <w:rPr>
          <w:rFonts w:ascii="Arial" w:hAnsi="Arial" w:cs="Arial"/>
          <w:sz w:val="24"/>
          <w:szCs w:val="24"/>
        </w:rPr>
        <w:t>Zahtjev za ostvarivanje jednokratne naknade za sportaša reprezentativca podnosi sportski klub odnosno sportska udruga čiji je sportaš član.</w:t>
      </w:r>
    </w:p>
    <w:p w14:paraId="5643D749" w14:textId="77777777" w:rsidR="00180FD4" w:rsidRPr="00180FD4" w:rsidRDefault="00180FD4" w:rsidP="00180FD4">
      <w:pPr>
        <w:ind w:firstLine="397"/>
        <w:jc w:val="both"/>
        <w:rPr>
          <w:rFonts w:ascii="Arial" w:hAnsi="Arial" w:cs="Arial"/>
          <w:sz w:val="24"/>
          <w:szCs w:val="24"/>
        </w:rPr>
      </w:pPr>
      <w:r w:rsidRPr="00180FD4">
        <w:rPr>
          <w:rFonts w:ascii="Arial" w:hAnsi="Arial" w:cs="Arial"/>
          <w:sz w:val="24"/>
          <w:szCs w:val="24"/>
        </w:rPr>
        <w:lastRenderedPageBreak/>
        <w:t>Zahtjev se podnosi za konkretnog sportaša koji ispunjava uvjete propisane ovim Pravilnikom, neovisno o sjedištu sportskog kluba odnosno sportske udruge.</w:t>
      </w:r>
    </w:p>
    <w:p w14:paraId="03A6E36A" w14:textId="29D5237C" w:rsidR="00180FD4" w:rsidRPr="00180FD4" w:rsidRDefault="00180FD4" w:rsidP="00180FD4">
      <w:pPr>
        <w:ind w:firstLine="397"/>
        <w:jc w:val="both"/>
        <w:rPr>
          <w:rFonts w:ascii="Arial" w:hAnsi="Arial" w:cs="Arial"/>
          <w:sz w:val="24"/>
          <w:szCs w:val="24"/>
        </w:rPr>
      </w:pPr>
      <w:r w:rsidRPr="00180FD4">
        <w:rPr>
          <w:rFonts w:ascii="Arial" w:hAnsi="Arial" w:cs="Arial"/>
          <w:sz w:val="24"/>
          <w:szCs w:val="24"/>
        </w:rPr>
        <w:t xml:space="preserve">Uz zahtjev se prilaže dokaz </w:t>
      </w:r>
      <w:proofErr w:type="spellStart"/>
      <w:r w:rsidRPr="00180FD4">
        <w:rPr>
          <w:rFonts w:ascii="Arial" w:hAnsi="Arial" w:cs="Arial"/>
          <w:sz w:val="24"/>
          <w:szCs w:val="24"/>
        </w:rPr>
        <w:t>nadležnog</w:t>
      </w:r>
      <w:proofErr w:type="spellEnd"/>
      <w:r w:rsidRPr="00180FD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80FD4">
        <w:rPr>
          <w:rFonts w:ascii="Arial" w:hAnsi="Arial" w:cs="Arial"/>
          <w:sz w:val="24"/>
          <w:szCs w:val="24"/>
        </w:rPr>
        <w:t>nacionalnog</w:t>
      </w:r>
      <w:proofErr w:type="spellEnd"/>
      <w:r w:rsidRPr="00180FD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80FD4">
        <w:rPr>
          <w:rFonts w:ascii="Arial" w:hAnsi="Arial" w:cs="Arial"/>
          <w:sz w:val="24"/>
          <w:szCs w:val="24"/>
        </w:rPr>
        <w:t>sportskog</w:t>
      </w:r>
      <w:proofErr w:type="spellEnd"/>
      <w:r w:rsidRPr="00180FD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80FD4">
        <w:rPr>
          <w:rFonts w:ascii="Arial" w:hAnsi="Arial" w:cs="Arial"/>
          <w:sz w:val="24"/>
          <w:szCs w:val="24"/>
        </w:rPr>
        <w:t>saveza</w:t>
      </w:r>
      <w:proofErr w:type="spellEnd"/>
      <w:r w:rsidRPr="00180FD4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180FD4">
        <w:rPr>
          <w:rFonts w:ascii="Arial" w:hAnsi="Arial" w:cs="Arial"/>
          <w:sz w:val="24"/>
          <w:szCs w:val="24"/>
        </w:rPr>
        <w:t>pozivu</w:t>
      </w:r>
      <w:proofErr w:type="spellEnd"/>
      <w:r w:rsidRPr="00180FD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80FD4">
        <w:rPr>
          <w:rFonts w:ascii="Arial" w:hAnsi="Arial" w:cs="Arial"/>
          <w:sz w:val="24"/>
          <w:szCs w:val="24"/>
        </w:rPr>
        <w:t>sportaša</w:t>
      </w:r>
      <w:proofErr w:type="spellEnd"/>
      <w:r w:rsidRPr="00180FD4">
        <w:rPr>
          <w:rFonts w:ascii="Arial" w:hAnsi="Arial" w:cs="Arial"/>
          <w:sz w:val="24"/>
          <w:szCs w:val="24"/>
        </w:rPr>
        <w:t xml:space="preserve"> u </w:t>
      </w:r>
      <w:proofErr w:type="spellStart"/>
      <w:r w:rsidRPr="00180FD4">
        <w:rPr>
          <w:rFonts w:ascii="Arial" w:hAnsi="Arial" w:cs="Arial"/>
          <w:sz w:val="24"/>
          <w:szCs w:val="24"/>
        </w:rPr>
        <w:t>nacionalnu</w:t>
      </w:r>
      <w:proofErr w:type="spellEnd"/>
      <w:r w:rsidRPr="00180FD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80FD4">
        <w:rPr>
          <w:rFonts w:ascii="Arial" w:hAnsi="Arial" w:cs="Arial"/>
          <w:sz w:val="24"/>
          <w:szCs w:val="24"/>
        </w:rPr>
        <w:t>reprezentaciju</w:t>
      </w:r>
      <w:proofErr w:type="spellEnd"/>
      <w:r w:rsidRPr="00180FD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80FD4">
        <w:rPr>
          <w:rFonts w:ascii="Arial" w:hAnsi="Arial" w:cs="Arial"/>
          <w:sz w:val="24"/>
          <w:szCs w:val="24"/>
        </w:rPr>
        <w:t>Republike</w:t>
      </w:r>
      <w:proofErr w:type="spellEnd"/>
      <w:r w:rsidRPr="00180FD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80FD4">
        <w:rPr>
          <w:rFonts w:ascii="Arial" w:hAnsi="Arial" w:cs="Arial"/>
          <w:sz w:val="24"/>
          <w:szCs w:val="24"/>
        </w:rPr>
        <w:t>Hrvatske</w:t>
      </w:r>
      <w:proofErr w:type="spellEnd"/>
      <w:r w:rsidRPr="00180FD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80FD4">
        <w:rPr>
          <w:rFonts w:ascii="Arial" w:hAnsi="Arial" w:cs="Arial"/>
          <w:sz w:val="24"/>
          <w:szCs w:val="24"/>
        </w:rPr>
        <w:t>i</w:t>
      </w:r>
      <w:proofErr w:type="spellEnd"/>
      <w:r w:rsidRPr="00180FD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80FD4">
        <w:rPr>
          <w:rFonts w:ascii="Arial" w:hAnsi="Arial" w:cs="Arial"/>
          <w:sz w:val="24"/>
          <w:szCs w:val="24"/>
        </w:rPr>
        <w:t>dokaz</w:t>
      </w:r>
      <w:proofErr w:type="spellEnd"/>
      <w:r w:rsidRPr="00180FD4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180FD4">
        <w:rPr>
          <w:rFonts w:ascii="Arial" w:hAnsi="Arial" w:cs="Arial"/>
          <w:sz w:val="24"/>
          <w:szCs w:val="24"/>
        </w:rPr>
        <w:t>ostvarenom</w:t>
      </w:r>
      <w:proofErr w:type="spellEnd"/>
      <w:r w:rsidRPr="00180FD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80FD4">
        <w:rPr>
          <w:rFonts w:ascii="Arial" w:hAnsi="Arial" w:cs="Arial"/>
          <w:sz w:val="24"/>
          <w:szCs w:val="24"/>
        </w:rPr>
        <w:t>reprezentativnom</w:t>
      </w:r>
      <w:proofErr w:type="spellEnd"/>
      <w:r w:rsidRPr="00180FD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80FD4">
        <w:rPr>
          <w:rFonts w:ascii="Arial" w:hAnsi="Arial" w:cs="Arial"/>
          <w:sz w:val="24"/>
          <w:szCs w:val="24"/>
        </w:rPr>
        <w:t>nastupu</w:t>
      </w:r>
      <w:proofErr w:type="spellEnd"/>
      <w:r w:rsidRPr="00180FD4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180FD4">
        <w:rPr>
          <w:rFonts w:ascii="Arial" w:hAnsi="Arial" w:cs="Arial"/>
          <w:sz w:val="24"/>
          <w:szCs w:val="24"/>
        </w:rPr>
        <w:t>kao</w:t>
      </w:r>
      <w:proofErr w:type="spellEnd"/>
      <w:r w:rsidRPr="00180FD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80FD4">
        <w:rPr>
          <w:rFonts w:ascii="Arial" w:hAnsi="Arial" w:cs="Arial"/>
          <w:sz w:val="24"/>
          <w:szCs w:val="24"/>
        </w:rPr>
        <w:t>i</w:t>
      </w:r>
      <w:proofErr w:type="spellEnd"/>
      <w:r w:rsidRPr="00180FD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80FD4">
        <w:rPr>
          <w:rFonts w:ascii="Arial" w:hAnsi="Arial" w:cs="Arial"/>
          <w:sz w:val="24"/>
          <w:szCs w:val="24"/>
        </w:rPr>
        <w:t>druga</w:t>
      </w:r>
      <w:proofErr w:type="spellEnd"/>
      <w:r w:rsidRPr="00180FD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80FD4">
        <w:rPr>
          <w:rFonts w:ascii="Arial" w:hAnsi="Arial" w:cs="Arial"/>
          <w:sz w:val="24"/>
          <w:szCs w:val="24"/>
        </w:rPr>
        <w:t>dokumentacija</w:t>
      </w:r>
      <w:proofErr w:type="spellEnd"/>
      <w:r w:rsidRPr="00180FD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80FD4">
        <w:rPr>
          <w:rFonts w:ascii="Arial" w:hAnsi="Arial" w:cs="Arial"/>
          <w:sz w:val="24"/>
          <w:szCs w:val="24"/>
        </w:rPr>
        <w:t>propisana</w:t>
      </w:r>
      <w:proofErr w:type="spellEnd"/>
      <w:r w:rsidRPr="00180FD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80FD4">
        <w:rPr>
          <w:rFonts w:ascii="Arial" w:hAnsi="Arial" w:cs="Arial"/>
          <w:sz w:val="24"/>
          <w:szCs w:val="24"/>
        </w:rPr>
        <w:t>ovim</w:t>
      </w:r>
      <w:proofErr w:type="spellEnd"/>
      <w:r w:rsidRPr="00180FD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80FD4">
        <w:rPr>
          <w:rFonts w:ascii="Arial" w:hAnsi="Arial" w:cs="Arial"/>
          <w:sz w:val="24"/>
          <w:szCs w:val="24"/>
        </w:rPr>
        <w:t>Pravilnikom</w:t>
      </w:r>
      <w:proofErr w:type="spellEnd"/>
      <w:r w:rsidRPr="00180FD4">
        <w:rPr>
          <w:rFonts w:ascii="Arial" w:hAnsi="Arial" w:cs="Arial"/>
          <w:sz w:val="24"/>
          <w:szCs w:val="24"/>
        </w:rPr>
        <w:t>.</w:t>
      </w:r>
    </w:p>
    <w:p w14:paraId="7E7E6B28" w14:textId="77777777" w:rsidR="00DD2F6B" w:rsidRPr="0033493B" w:rsidRDefault="00F6031A">
      <w:pPr>
        <w:jc w:val="center"/>
        <w:rPr>
          <w:rFonts w:ascii="Arial" w:hAnsi="Arial" w:cs="Arial"/>
          <w:sz w:val="24"/>
          <w:szCs w:val="24"/>
        </w:rPr>
      </w:pPr>
      <w:proofErr w:type="spellStart"/>
      <w:r w:rsidRPr="0033493B">
        <w:rPr>
          <w:rFonts w:ascii="Arial" w:hAnsi="Arial" w:cs="Arial"/>
          <w:b/>
          <w:sz w:val="24"/>
          <w:szCs w:val="24"/>
        </w:rPr>
        <w:t>Članak</w:t>
      </w:r>
      <w:proofErr w:type="spellEnd"/>
      <w:r w:rsidRPr="0033493B">
        <w:rPr>
          <w:rFonts w:ascii="Arial" w:hAnsi="Arial" w:cs="Arial"/>
          <w:b/>
          <w:sz w:val="24"/>
          <w:szCs w:val="24"/>
        </w:rPr>
        <w:t xml:space="preserve"> 9.</w:t>
      </w:r>
    </w:p>
    <w:p w14:paraId="52E1CB73" w14:textId="77777777" w:rsidR="00DD2F6B" w:rsidRPr="0033493B" w:rsidRDefault="00F6031A">
      <w:pPr>
        <w:ind w:firstLine="397"/>
        <w:rPr>
          <w:rFonts w:ascii="Arial" w:hAnsi="Arial" w:cs="Arial"/>
          <w:sz w:val="24"/>
          <w:szCs w:val="24"/>
        </w:rPr>
      </w:pPr>
      <w:r w:rsidRPr="0033493B">
        <w:rPr>
          <w:rFonts w:ascii="Arial" w:hAnsi="Arial" w:cs="Arial"/>
          <w:sz w:val="24"/>
          <w:szCs w:val="24"/>
        </w:rPr>
        <w:t>Uz zahtjev se prilaže:</w:t>
      </w:r>
    </w:p>
    <w:p w14:paraId="3B46E69A" w14:textId="77777777" w:rsidR="00DD2F6B" w:rsidRPr="0033493B" w:rsidRDefault="00F6031A" w:rsidP="003F1A71">
      <w:pPr>
        <w:ind w:left="397"/>
        <w:jc w:val="both"/>
        <w:rPr>
          <w:rFonts w:ascii="Arial" w:hAnsi="Arial" w:cs="Arial"/>
          <w:sz w:val="24"/>
          <w:szCs w:val="24"/>
        </w:rPr>
      </w:pPr>
      <w:r w:rsidRPr="0033493B">
        <w:rPr>
          <w:rFonts w:ascii="Arial" w:hAnsi="Arial" w:cs="Arial"/>
          <w:sz w:val="24"/>
          <w:szCs w:val="24"/>
        </w:rPr>
        <w:t>1. potvrda ili drugi vjerodostojan dokaz nadležnog nacionalnog sportskog saveza o pozivu u nacionalnu reprezentaciju;</w:t>
      </w:r>
    </w:p>
    <w:p w14:paraId="2A096409" w14:textId="77777777" w:rsidR="00DD2F6B" w:rsidRPr="0033493B" w:rsidRDefault="00F6031A" w:rsidP="003F1A71">
      <w:pPr>
        <w:ind w:left="397"/>
        <w:jc w:val="both"/>
        <w:rPr>
          <w:rFonts w:ascii="Arial" w:hAnsi="Arial" w:cs="Arial"/>
          <w:sz w:val="24"/>
          <w:szCs w:val="24"/>
        </w:rPr>
      </w:pPr>
      <w:r w:rsidRPr="0033493B">
        <w:rPr>
          <w:rFonts w:ascii="Arial" w:hAnsi="Arial" w:cs="Arial"/>
          <w:sz w:val="24"/>
          <w:szCs w:val="24"/>
        </w:rPr>
        <w:t>2. potvrda ili drugi vjerodostojan dokaz o ostvarenom nastupu odnosno sudjelovanju u reprezentativnoj aktivnosti;</w:t>
      </w:r>
    </w:p>
    <w:p w14:paraId="454F68B0" w14:textId="6E4B9667" w:rsidR="00DD2F6B" w:rsidRPr="0033493B" w:rsidRDefault="00F6031A" w:rsidP="00F43124">
      <w:pPr>
        <w:ind w:left="397"/>
        <w:jc w:val="both"/>
        <w:rPr>
          <w:rFonts w:ascii="Arial" w:hAnsi="Arial" w:cs="Arial"/>
          <w:sz w:val="24"/>
          <w:szCs w:val="24"/>
        </w:rPr>
      </w:pPr>
      <w:r w:rsidRPr="0033493B">
        <w:rPr>
          <w:rFonts w:ascii="Arial" w:hAnsi="Arial" w:cs="Arial"/>
          <w:sz w:val="24"/>
          <w:szCs w:val="24"/>
        </w:rPr>
        <w:t xml:space="preserve">3. </w:t>
      </w:r>
      <w:proofErr w:type="spellStart"/>
      <w:r w:rsidRPr="0033493B">
        <w:rPr>
          <w:rFonts w:ascii="Arial" w:hAnsi="Arial" w:cs="Arial"/>
          <w:sz w:val="24"/>
          <w:szCs w:val="24"/>
        </w:rPr>
        <w:t>dokaz</w:t>
      </w:r>
      <w:proofErr w:type="spellEnd"/>
      <w:r w:rsidRPr="0033493B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33493B">
        <w:rPr>
          <w:rFonts w:ascii="Arial" w:hAnsi="Arial" w:cs="Arial"/>
          <w:sz w:val="24"/>
          <w:szCs w:val="24"/>
        </w:rPr>
        <w:t>prebivalištu</w:t>
      </w:r>
      <w:proofErr w:type="spellEnd"/>
      <w:r w:rsidRPr="0033493B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33493B">
        <w:rPr>
          <w:rFonts w:ascii="Arial" w:hAnsi="Arial" w:cs="Arial"/>
          <w:sz w:val="24"/>
          <w:szCs w:val="24"/>
        </w:rPr>
        <w:t>ako</w:t>
      </w:r>
      <w:proofErr w:type="spellEnd"/>
      <w:r w:rsidRPr="0033493B">
        <w:rPr>
          <w:rFonts w:ascii="Arial" w:hAnsi="Arial" w:cs="Arial"/>
          <w:sz w:val="24"/>
          <w:szCs w:val="24"/>
        </w:rPr>
        <w:t xml:space="preserve"> taj </w:t>
      </w:r>
      <w:proofErr w:type="spellStart"/>
      <w:r w:rsidRPr="0033493B">
        <w:rPr>
          <w:rFonts w:ascii="Arial" w:hAnsi="Arial" w:cs="Arial"/>
          <w:sz w:val="24"/>
          <w:szCs w:val="24"/>
        </w:rPr>
        <w:t>podatak</w:t>
      </w:r>
      <w:proofErr w:type="spellEnd"/>
      <w:r w:rsidRPr="0033493B">
        <w:rPr>
          <w:rFonts w:ascii="Arial" w:hAnsi="Arial" w:cs="Arial"/>
          <w:sz w:val="24"/>
          <w:szCs w:val="24"/>
        </w:rPr>
        <w:t xml:space="preserve"> Grad ne </w:t>
      </w:r>
      <w:proofErr w:type="spellStart"/>
      <w:r w:rsidRPr="0033493B">
        <w:rPr>
          <w:rFonts w:ascii="Arial" w:hAnsi="Arial" w:cs="Arial"/>
          <w:sz w:val="24"/>
          <w:szCs w:val="24"/>
        </w:rPr>
        <w:t>može</w:t>
      </w:r>
      <w:proofErr w:type="spellEnd"/>
      <w:r w:rsidRPr="0033493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3493B">
        <w:rPr>
          <w:rFonts w:ascii="Arial" w:hAnsi="Arial" w:cs="Arial"/>
          <w:sz w:val="24"/>
          <w:szCs w:val="24"/>
        </w:rPr>
        <w:t>pribaviti</w:t>
      </w:r>
      <w:proofErr w:type="spellEnd"/>
      <w:r w:rsidRPr="0033493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3493B">
        <w:rPr>
          <w:rFonts w:ascii="Arial" w:hAnsi="Arial" w:cs="Arial"/>
          <w:sz w:val="24"/>
          <w:szCs w:val="24"/>
        </w:rPr>
        <w:t>službenim</w:t>
      </w:r>
      <w:proofErr w:type="spellEnd"/>
      <w:r w:rsidRPr="0033493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3493B">
        <w:rPr>
          <w:rFonts w:ascii="Arial" w:hAnsi="Arial" w:cs="Arial"/>
          <w:sz w:val="24"/>
          <w:szCs w:val="24"/>
        </w:rPr>
        <w:t>putem</w:t>
      </w:r>
      <w:proofErr w:type="spellEnd"/>
      <w:r w:rsidR="00B707A6">
        <w:rPr>
          <w:rFonts w:ascii="Arial" w:hAnsi="Arial" w:cs="Arial"/>
          <w:sz w:val="24"/>
          <w:szCs w:val="24"/>
        </w:rPr>
        <w:t>.</w:t>
      </w:r>
    </w:p>
    <w:p w14:paraId="43558CD3" w14:textId="77777777" w:rsidR="00DD2F6B" w:rsidRPr="0033493B" w:rsidRDefault="00F6031A">
      <w:pPr>
        <w:jc w:val="center"/>
        <w:rPr>
          <w:rFonts w:ascii="Arial" w:hAnsi="Arial" w:cs="Arial"/>
          <w:sz w:val="24"/>
          <w:szCs w:val="24"/>
        </w:rPr>
      </w:pPr>
      <w:proofErr w:type="spellStart"/>
      <w:r w:rsidRPr="0033493B">
        <w:rPr>
          <w:rFonts w:ascii="Arial" w:hAnsi="Arial" w:cs="Arial"/>
          <w:b/>
          <w:sz w:val="24"/>
          <w:szCs w:val="24"/>
        </w:rPr>
        <w:t>Članak</w:t>
      </w:r>
      <w:proofErr w:type="spellEnd"/>
      <w:r w:rsidRPr="0033493B">
        <w:rPr>
          <w:rFonts w:ascii="Arial" w:hAnsi="Arial" w:cs="Arial"/>
          <w:b/>
          <w:sz w:val="24"/>
          <w:szCs w:val="24"/>
        </w:rPr>
        <w:t xml:space="preserve"> 10.</w:t>
      </w:r>
    </w:p>
    <w:p w14:paraId="440850E5" w14:textId="77777777" w:rsidR="00DD2F6B" w:rsidRPr="0033493B" w:rsidRDefault="00F6031A">
      <w:pPr>
        <w:ind w:firstLine="397"/>
        <w:rPr>
          <w:rFonts w:ascii="Arial" w:hAnsi="Arial" w:cs="Arial"/>
          <w:sz w:val="24"/>
          <w:szCs w:val="24"/>
        </w:rPr>
      </w:pPr>
      <w:r w:rsidRPr="0033493B">
        <w:rPr>
          <w:rFonts w:ascii="Arial" w:hAnsi="Arial" w:cs="Arial"/>
          <w:sz w:val="24"/>
          <w:szCs w:val="24"/>
        </w:rPr>
        <w:t>Ako zahtjev nije potpun, podnositelj će se pozvati da ga dopuni u primjerenom roku.</w:t>
      </w:r>
    </w:p>
    <w:p w14:paraId="0E143DA8" w14:textId="77777777" w:rsidR="00DD2F6B" w:rsidRPr="0033493B" w:rsidRDefault="00F6031A">
      <w:pPr>
        <w:ind w:firstLine="397"/>
        <w:rPr>
          <w:rFonts w:ascii="Arial" w:hAnsi="Arial" w:cs="Arial"/>
          <w:sz w:val="24"/>
          <w:szCs w:val="24"/>
        </w:rPr>
      </w:pPr>
      <w:r w:rsidRPr="0033493B">
        <w:rPr>
          <w:rFonts w:ascii="Arial" w:hAnsi="Arial" w:cs="Arial"/>
          <w:sz w:val="24"/>
          <w:szCs w:val="24"/>
        </w:rPr>
        <w:t>O urednom zahtjevu odlučuje upravno tijelo Grada Crikvenice nadležno za sport u skladu s ovim Pravilnikom i raspoloživim proračunskim sredstvima.</w:t>
      </w:r>
    </w:p>
    <w:p w14:paraId="398E0F0D" w14:textId="77777777" w:rsidR="00DD2F6B" w:rsidRPr="0033493B" w:rsidRDefault="00F6031A">
      <w:pPr>
        <w:pStyle w:val="Naslov1"/>
        <w:rPr>
          <w:rFonts w:ascii="Arial" w:hAnsi="Arial" w:cs="Arial"/>
          <w:sz w:val="24"/>
          <w:szCs w:val="24"/>
        </w:rPr>
      </w:pPr>
      <w:r w:rsidRPr="0033493B">
        <w:rPr>
          <w:rFonts w:ascii="Arial" w:eastAsiaTheme="minorEastAsia" w:hAnsi="Arial" w:cs="Arial"/>
          <w:bCs w:val="0"/>
          <w:color w:val="auto"/>
          <w:sz w:val="24"/>
          <w:szCs w:val="24"/>
        </w:rPr>
        <w:t>V. ISPLATA NAKNADE</w:t>
      </w:r>
    </w:p>
    <w:p w14:paraId="19E44855" w14:textId="77777777" w:rsidR="00DD2F6B" w:rsidRPr="0033493B" w:rsidRDefault="00F6031A">
      <w:pPr>
        <w:jc w:val="center"/>
        <w:rPr>
          <w:rFonts w:ascii="Arial" w:hAnsi="Arial" w:cs="Arial"/>
          <w:sz w:val="24"/>
          <w:szCs w:val="24"/>
        </w:rPr>
      </w:pPr>
      <w:r w:rsidRPr="0033493B">
        <w:rPr>
          <w:rFonts w:ascii="Arial" w:hAnsi="Arial" w:cs="Arial"/>
          <w:b/>
          <w:sz w:val="24"/>
          <w:szCs w:val="24"/>
        </w:rPr>
        <w:t>Članak 11.</w:t>
      </w:r>
    </w:p>
    <w:p w14:paraId="05FCDA56" w14:textId="77777777" w:rsidR="00180FD4" w:rsidRDefault="00180FD4" w:rsidP="00180FD4">
      <w:pPr>
        <w:ind w:firstLine="397"/>
        <w:jc w:val="both"/>
        <w:rPr>
          <w:rFonts w:ascii="Arial" w:hAnsi="Arial" w:cs="Arial"/>
          <w:sz w:val="24"/>
          <w:szCs w:val="24"/>
        </w:rPr>
      </w:pPr>
      <w:proofErr w:type="spellStart"/>
      <w:r w:rsidRPr="00180FD4">
        <w:rPr>
          <w:rFonts w:ascii="Arial" w:hAnsi="Arial" w:cs="Arial"/>
          <w:sz w:val="24"/>
          <w:szCs w:val="24"/>
        </w:rPr>
        <w:t>Odobrena</w:t>
      </w:r>
      <w:proofErr w:type="spellEnd"/>
      <w:r w:rsidRPr="00180FD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80FD4">
        <w:rPr>
          <w:rFonts w:ascii="Arial" w:hAnsi="Arial" w:cs="Arial"/>
          <w:sz w:val="24"/>
          <w:szCs w:val="24"/>
        </w:rPr>
        <w:t>jednokratna</w:t>
      </w:r>
      <w:proofErr w:type="spellEnd"/>
      <w:r w:rsidRPr="00180FD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80FD4">
        <w:rPr>
          <w:rFonts w:ascii="Arial" w:hAnsi="Arial" w:cs="Arial"/>
          <w:sz w:val="24"/>
          <w:szCs w:val="24"/>
        </w:rPr>
        <w:t>naknada</w:t>
      </w:r>
      <w:proofErr w:type="spellEnd"/>
      <w:r w:rsidRPr="00180FD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80FD4">
        <w:rPr>
          <w:rFonts w:ascii="Arial" w:hAnsi="Arial" w:cs="Arial"/>
          <w:sz w:val="24"/>
          <w:szCs w:val="24"/>
        </w:rPr>
        <w:t>isplaćuje</w:t>
      </w:r>
      <w:proofErr w:type="spellEnd"/>
      <w:r w:rsidRPr="00180FD4">
        <w:rPr>
          <w:rFonts w:ascii="Arial" w:hAnsi="Arial" w:cs="Arial"/>
          <w:sz w:val="24"/>
          <w:szCs w:val="24"/>
        </w:rPr>
        <w:t xml:space="preserve"> se </w:t>
      </w:r>
      <w:proofErr w:type="spellStart"/>
      <w:r w:rsidRPr="00180FD4">
        <w:rPr>
          <w:rFonts w:ascii="Arial" w:hAnsi="Arial" w:cs="Arial"/>
          <w:sz w:val="24"/>
          <w:szCs w:val="24"/>
        </w:rPr>
        <w:t>na</w:t>
      </w:r>
      <w:proofErr w:type="spellEnd"/>
      <w:r w:rsidRPr="00180FD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80FD4">
        <w:rPr>
          <w:rFonts w:ascii="Arial" w:hAnsi="Arial" w:cs="Arial"/>
          <w:sz w:val="24"/>
          <w:szCs w:val="24"/>
        </w:rPr>
        <w:t>račun</w:t>
      </w:r>
      <w:proofErr w:type="spellEnd"/>
      <w:r w:rsidRPr="00180FD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80FD4">
        <w:rPr>
          <w:rFonts w:ascii="Arial" w:hAnsi="Arial" w:cs="Arial"/>
          <w:sz w:val="24"/>
          <w:szCs w:val="24"/>
        </w:rPr>
        <w:t>sportskog</w:t>
      </w:r>
      <w:proofErr w:type="spellEnd"/>
      <w:r w:rsidRPr="00180FD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80FD4">
        <w:rPr>
          <w:rFonts w:ascii="Arial" w:hAnsi="Arial" w:cs="Arial"/>
          <w:sz w:val="24"/>
          <w:szCs w:val="24"/>
        </w:rPr>
        <w:t>kluba</w:t>
      </w:r>
      <w:proofErr w:type="spellEnd"/>
      <w:r w:rsidRPr="00180FD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80FD4">
        <w:rPr>
          <w:rFonts w:ascii="Arial" w:hAnsi="Arial" w:cs="Arial"/>
          <w:sz w:val="24"/>
          <w:szCs w:val="24"/>
        </w:rPr>
        <w:t>odnosno</w:t>
      </w:r>
      <w:proofErr w:type="spellEnd"/>
      <w:r w:rsidRPr="00180FD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80FD4">
        <w:rPr>
          <w:rFonts w:ascii="Arial" w:hAnsi="Arial" w:cs="Arial"/>
          <w:sz w:val="24"/>
          <w:szCs w:val="24"/>
        </w:rPr>
        <w:t>sportske</w:t>
      </w:r>
      <w:proofErr w:type="spellEnd"/>
      <w:r w:rsidRPr="00180FD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80FD4">
        <w:rPr>
          <w:rFonts w:ascii="Arial" w:hAnsi="Arial" w:cs="Arial"/>
          <w:sz w:val="24"/>
          <w:szCs w:val="24"/>
        </w:rPr>
        <w:t>udruge</w:t>
      </w:r>
      <w:proofErr w:type="spellEnd"/>
      <w:r w:rsidRPr="00180FD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80FD4">
        <w:rPr>
          <w:rFonts w:ascii="Arial" w:hAnsi="Arial" w:cs="Arial"/>
          <w:sz w:val="24"/>
          <w:szCs w:val="24"/>
        </w:rPr>
        <w:t>koja</w:t>
      </w:r>
      <w:proofErr w:type="spellEnd"/>
      <w:r w:rsidRPr="00180FD4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180FD4">
        <w:rPr>
          <w:rFonts w:ascii="Arial" w:hAnsi="Arial" w:cs="Arial"/>
          <w:sz w:val="24"/>
          <w:szCs w:val="24"/>
        </w:rPr>
        <w:t>podnijela</w:t>
      </w:r>
      <w:proofErr w:type="spellEnd"/>
      <w:r w:rsidRPr="00180FD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80FD4">
        <w:rPr>
          <w:rFonts w:ascii="Arial" w:hAnsi="Arial" w:cs="Arial"/>
          <w:sz w:val="24"/>
          <w:szCs w:val="24"/>
        </w:rPr>
        <w:t>zahtjev</w:t>
      </w:r>
      <w:proofErr w:type="spellEnd"/>
      <w:r w:rsidRPr="00180FD4">
        <w:rPr>
          <w:rFonts w:ascii="Arial" w:hAnsi="Arial" w:cs="Arial"/>
          <w:sz w:val="24"/>
          <w:szCs w:val="24"/>
        </w:rPr>
        <w:t xml:space="preserve">. </w:t>
      </w:r>
    </w:p>
    <w:p w14:paraId="355928B3" w14:textId="5050BE4D" w:rsidR="00180FD4" w:rsidRPr="00180FD4" w:rsidRDefault="00180FD4" w:rsidP="00180FD4">
      <w:pPr>
        <w:ind w:firstLine="397"/>
        <w:jc w:val="both"/>
        <w:rPr>
          <w:rFonts w:ascii="Arial" w:hAnsi="Arial" w:cs="Arial"/>
          <w:sz w:val="24"/>
          <w:szCs w:val="24"/>
        </w:rPr>
      </w:pPr>
      <w:proofErr w:type="spellStart"/>
      <w:r w:rsidRPr="00180FD4">
        <w:rPr>
          <w:rFonts w:ascii="Arial" w:hAnsi="Arial" w:cs="Arial"/>
          <w:sz w:val="24"/>
          <w:szCs w:val="24"/>
        </w:rPr>
        <w:t>Sportski</w:t>
      </w:r>
      <w:proofErr w:type="spellEnd"/>
      <w:r w:rsidRPr="00180FD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80FD4">
        <w:rPr>
          <w:rFonts w:ascii="Arial" w:hAnsi="Arial" w:cs="Arial"/>
          <w:sz w:val="24"/>
          <w:szCs w:val="24"/>
        </w:rPr>
        <w:t>klub</w:t>
      </w:r>
      <w:proofErr w:type="spellEnd"/>
      <w:r w:rsidRPr="00180FD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80FD4">
        <w:rPr>
          <w:rFonts w:ascii="Arial" w:hAnsi="Arial" w:cs="Arial"/>
          <w:sz w:val="24"/>
          <w:szCs w:val="24"/>
        </w:rPr>
        <w:t>odnosno</w:t>
      </w:r>
      <w:proofErr w:type="spellEnd"/>
      <w:r w:rsidRPr="00180FD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80FD4">
        <w:rPr>
          <w:rFonts w:ascii="Arial" w:hAnsi="Arial" w:cs="Arial"/>
          <w:sz w:val="24"/>
          <w:szCs w:val="24"/>
        </w:rPr>
        <w:t>sportska</w:t>
      </w:r>
      <w:proofErr w:type="spellEnd"/>
      <w:r w:rsidRPr="00180FD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80FD4">
        <w:rPr>
          <w:rFonts w:ascii="Arial" w:hAnsi="Arial" w:cs="Arial"/>
          <w:sz w:val="24"/>
          <w:szCs w:val="24"/>
        </w:rPr>
        <w:t>udruga</w:t>
      </w:r>
      <w:proofErr w:type="spellEnd"/>
      <w:r w:rsidRPr="00180FD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80FD4">
        <w:rPr>
          <w:rFonts w:ascii="Arial" w:hAnsi="Arial" w:cs="Arial"/>
          <w:sz w:val="24"/>
          <w:szCs w:val="24"/>
        </w:rPr>
        <w:t>dužna</w:t>
      </w:r>
      <w:proofErr w:type="spellEnd"/>
      <w:r w:rsidRPr="00180FD4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180FD4">
        <w:rPr>
          <w:rFonts w:ascii="Arial" w:hAnsi="Arial" w:cs="Arial"/>
          <w:sz w:val="24"/>
          <w:szCs w:val="24"/>
        </w:rPr>
        <w:t>cjelokupni</w:t>
      </w:r>
      <w:proofErr w:type="spellEnd"/>
      <w:r w:rsidRPr="00180FD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80FD4">
        <w:rPr>
          <w:rFonts w:ascii="Arial" w:hAnsi="Arial" w:cs="Arial"/>
          <w:sz w:val="24"/>
          <w:szCs w:val="24"/>
        </w:rPr>
        <w:t>iznos</w:t>
      </w:r>
      <w:proofErr w:type="spellEnd"/>
      <w:r w:rsidRPr="00180FD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80FD4">
        <w:rPr>
          <w:rFonts w:ascii="Arial" w:hAnsi="Arial" w:cs="Arial"/>
          <w:sz w:val="24"/>
          <w:szCs w:val="24"/>
        </w:rPr>
        <w:t>odobrene</w:t>
      </w:r>
      <w:proofErr w:type="spellEnd"/>
      <w:r w:rsidRPr="00180FD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80FD4">
        <w:rPr>
          <w:rFonts w:ascii="Arial" w:hAnsi="Arial" w:cs="Arial"/>
          <w:sz w:val="24"/>
          <w:szCs w:val="24"/>
        </w:rPr>
        <w:t>naknade</w:t>
      </w:r>
      <w:proofErr w:type="spellEnd"/>
      <w:r w:rsidRPr="00180FD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80FD4">
        <w:rPr>
          <w:rFonts w:ascii="Arial" w:hAnsi="Arial" w:cs="Arial"/>
          <w:sz w:val="24"/>
          <w:szCs w:val="24"/>
        </w:rPr>
        <w:t>prenijeti</w:t>
      </w:r>
      <w:proofErr w:type="spellEnd"/>
      <w:r w:rsidRPr="00180FD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80FD4">
        <w:rPr>
          <w:rFonts w:ascii="Arial" w:hAnsi="Arial" w:cs="Arial"/>
          <w:sz w:val="24"/>
          <w:szCs w:val="24"/>
        </w:rPr>
        <w:t>sportašu</w:t>
      </w:r>
      <w:proofErr w:type="spellEnd"/>
      <w:r w:rsidRPr="00180FD4">
        <w:rPr>
          <w:rFonts w:ascii="Arial" w:hAnsi="Arial" w:cs="Arial"/>
          <w:sz w:val="24"/>
          <w:szCs w:val="24"/>
        </w:rPr>
        <w:t xml:space="preserve"> u </w:t>
      </w:r>
      <w:proofErr w:type="spellStart"/>
      <w:r w:rsidRPr="00180FD4">
        <w:rPr>
          <w:rFonts w:ascii="Arial" w:hAnsi="Arial" w:cs="Arial"/>
          <w:sz w:val="24"/>
          <w:szCs w:val="24"/>
        </w:rPr>
        <w:t>roku</w:t>
      </w:r>
      <w:proofErr w:type="spellEnd"/>
      <w:r w:rsidRPr="00180FD4">
        <w:rPr>
          <w:rFonts w:ascii="Arial" w:hAnsi="Arial" w:cs="Arial"/>
          <w:sz w:val="24"/>
          <w:szCs w:val="24"/>
        </w:rPr>
        <w:t xml:space="preserve"> od 15 dana od dana </w:t>
      </w:r>
      <w:proofErr w:type="spellStart"/>
      <w:r w:rsidRPr="00180FD4">
        <w:rPr>
          <w:rFonts w:ascii="Arial" w:hAnsi="Arial" w:cs="Arial"/>
          <w:sz w:val="24"/>
          <w:szCs w:val="24"/>
        </w:rPr>
        <w:t>primitka</w:t>
      </w:r>
      <w:proofErr w:type="spellEnd"/>
      <w:r w:rsidRPr="00180FD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80FD4">
        <w:rPr>
          <w:rFonts w:ascii="Arial" w:hAnsi="Arial" w:cs="Arial"/>
          <w:sz w:val="24"/>
          <w:szCs w:val="24"/>
        </w:rPr>
        <w:t>sredstava</w:t>
      </w:r>
      <w:proofErr w:type="spellEnd"/>
      <w:r w:rsidRPr="00180FD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80FD4">
        <w:rPr>
          <w:rFonts w:ascii="Arial" w:hAnsi="Arial" w:cs="Arial"/>
          <w:sz w:val="24"/>
          <w:szCs w:val="24"/>
        </w:rPr>
        <w:t>te</w:t>
      </w:r>
      <w:proofErr w:type="spellEnd"/>
      <w:r w:rsidRPr="00180FD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80FD4">
        <w:rPr>
          <w:rFonts w:ascii="Arial" w:hAnsi="Arial" w:cs="Arial"/>
          <w:sz w:val="24"/>
          <w:szCs w:val="24"/>
        </w:rPr>
        <w:t>Gradu</w:t>
      </w:r>
      <w:proofErr w:type="spellEnd"/>
      <w:r w:rsidRPr="00180FD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80FD4">
        <w:rPr>
          <w:rFonts w:ascii="Arial" w:hAnsi="Arial" w:cs="Arial"/>
          <w:sz w:val="24"/>
          <w:szCs w:val="24"/>
        </w:rPr>
        <w:t>Crikvenici</w:t>
      </w:r>
      <w:proofErr w:type="spellEnd"/>
      <w:r w:rsidRPr="00180FD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80FD4">
        <w:rPr>
          <w:rFonts w:ascii="Arial" w:hAnsi="Arial" w:cs="Arial"/>
          <w:sz w:val="24"/>
          <w:szCs w:val="24"/>
        </w:rPr>
        <w:t>dostaviti</w:t>
      </w:r>
      <w:proofErr w:type="spellEnd"/>
      <w:r w:rsidRPr="00180FD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80FD4">
        <w:rPr>
          <w:rFonts w:ascii="Arial" w:hAnsi="Arial" w:cs="Arial"/>
          <w:sz w:val="24"/>
          <w:szCs w:val="24"/>
        </w:rPr>
        <w:t>dokaz</w:t>
      </w:r>
      <w:proofErr w:type="spellEnd"/>
      <w:r w:rsidRPr="00180FD4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180FD4">
        <w:rPr>
          <w:rFonts w:ascii="Arial" w:hAnsi="Arial" w:cs="Arial"/>
          <w:sz w:val="24"/>
          <w:szCs w:val="24"/>
        </w:rPr>
        <w:t>izvršenoj</w:t>
      </w:r>
      <w:proofErr w:type="spellEnd"/>
      <w:r w:rsidRPr="00180FD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80FD4">
        <w:rPr>
          <w:rFonts w:ascii="Arial" w:hAnsi="Arial" w:cs="Arial"/>
          <w:sz w:val="24"/>
          <w:szCs w:val="24"/>
        </w:rPr>
        <w:t>isplati</w:t>
      </w:r>
      <w:proofErr w:type="spellEnd"/>
      <w:r w:rsidRPr="00180FD4">
        <w:rPr>
          <w:rFonts w:ascii="Arial" w:hAnsi="Arial" w:cs="Arial"/>
          <w:sz w:val="24"/>
          <w:szCs w:val="24"/>
        </w:rPr>
        <w:t>.</w:t>
      </w:r>
    </w:p>
    <w:p w14:paraId="5AC1916E" w14:textId="70D1A2A3" w:rsidR="00DD2F6B" w:rsidRDefault="00F6031A">
      <w:pPr>
        <w:pStyle w:val="Naslov1"/>
        <w:rPr>
          <w:rFonts w:ascii="Arial" w:eastAsiaTheme="minorEastAsia" w:hAnsi="Arial" w:cs="Arial"/>
          <w:bCs w:val="0"/>
          <w:color w:val="auto"/>
          <w:sz w:val="24"/>
          <w:szCs w:val="24"/>
        </w:rPr>
      </w:pPr>
      <w:r w:rsidRPr="0033493B">
        <w:rPr>
          <w:rFonts w:ascii="Arial" w:eastAsiaTheme="minorEastAsia" w:hAnsi="Arial" w:cs="Arial"/>
          <w:bCs w:val="0"/>
          <w:color w:val="auto"/>
          <w:sz w:val="24"/>
          <w:szCs w:val="24"/>
        </w:rPr>
        <w:t>VI. GUBITAK PRAVA I POVRAT SREDSTAVA</w:t>
      </w:r>
    </w:p>
    <w:p w14:paraId="33DC8DDB" w14:textId="77777777" w:rsidR="00B7492C" w:rsidRPr="00B7492C" w:rsidRDefault="00B7492C" w:rsidP="00B7492C"/>
    <w:p w14:paraId="4EF5215F" w14:textId="77777777" w:rsidR="00DD2F6B" w:rsidRPr="0033493B" w:rsidRDefault="00F6031A">
      <w:pPr>
        <w:jc w:val="center"/>
        <w:rPr>
          <w:rFonts w:ascii="Arial" w:hAnsi="Arial" w:cs="Arial"/>
          <w:sz w:val="24"/>
          <w:szCs w:val="24"/>
        </w:rPr>
      </w:pPr>
      <w:r w:rsidRPr="0033493B">
        <w:rPr>
          <w:rFonts w:ascii="Arial" w:hAnsi="Arial" w:cs="Arial"/>
          <w:b/>
          <w:sz w:val="24"/>
          <w:szCs w:val="24"/>
        </w:rPr>
        <w:t>Članak 12.</w:t>
      </w:r>
    </w:p>
    <w:p w14:paraId="2D0E0F62" w14:textId="77777777" w:rsidR="00DD2F6B" w:rsidRPr="0033493B" w:rsidRDefault="00F6031A">
      <w:pPr>
        <w:ind w:firstLine="397"/>
        <w:rPr>
          <w:rFonts w:ascii="Arial" w:hAnsi="Arial" w:cs="Arial"/>
          <w:sz w:val="24"/>
          <w:szCs w:val="24"/>
        </w:rPr>
      </w:pPr>
      <w:r w:rsidRPr="0033493B">
        <w:rPr>
          <w:rFonts w:ascii="Arial" w:hAnsi="Arial" w:cs="Arial"/>
          <w:sz w:val="24"/>
          <w:szCs w:val="24"/>
        </w:rPr>
        <w:t>Sportaš nema pravo na naknadu odnosno gubi ostvareno pravo ako se utvrdi da je pravo ostvareno na temelju neistinitih podataka, krivotvorene dokumentacije ili bez ispunjenja uvjeta propisanih ovim Pravilnikom.</w:t>
      </w:r>
    </w:p>
    <w:p w14:paraId="0F70DC3A" w14:textId="77777777" w:rsidR="00DD2F6B" w:rsidRDefault="00F6031A">
      <w:pPr>
        <w:ind w:firstLine="397"/>
        <w:rPr>
          <w:rFonts w:ascii="Arial" w:hAnsi="Arial" w:cs="Arial"/>
          <w:sz w:val="24"/>
          <w:szCs w:val="24"/>
        </w:rPr>
      </w:pPr>
      <w:r w:rsidRPr="0033493B">
        <w:rPr>
          <w:rFonts w:ascii="Arial" w:hAnsi="Arial" w:cs="Arial"/>
          <w:sz w:val="24"/>
          <w:szCs w:val="24"/>
        </w:rPr>
        <w:t xml:space="preserve">Pravo se može uskratiti odnosno zatražiti povrat naknade i ako je pravomoćno utvrđena povreda antidopinških pravila koja se neposredno odnosi na reprezentativni nastup za koji je </w:t>
      </w:r>
      <w:proofErr w:type="spellStart"/>
      <w:r w:rsidRPr="0033493B">
        <w:rPr>
          <w:rFonts w:ascii="Arial" w:hAnsi="Arial" w:cs="Arial"/>
          <w:sz w:val="24"/>
          <w:szCs w:val="24"/>
        </w:rPr>
        <w:t>naknada</w:t>
      </w:r>
      <w:proofErr w:type="spellEnd"/>
      <w:r w:rsidRPr="0033493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3493B">
        <w:rPr>
          <w:rFonts w:ascii="Arial" w:hAnsi="Arial" w:cs="Arial"/>
          <w:sz w:val="24"/>
          <w:szCs w:val="24"/>
        </w:rPr>
        <w:t>ostvarena</w:t>
      </w:r>
      <w:proofErr w:type="spellEnd"/>
      <w:r w:rsidRPr="0033493B">
        <w:rPr>
          <w:rFonts w:ascii="Arial" w:hAnsi="Arial" w:cs="Arial"/>
          <w:sz w:val="24"/>
          <w:szCs w:val="24"/>
        </w:rPr>
        <w:t>.</w:t>
      </w:r>
    </w:p>
    <w:p w14:paraId="0D4C8E64" w14:textId="5F3B163E" w:rsidR="00BE40A8" w:rsidRDefault="00BE40A8">
      <w:pPr>
        <w:ind w:firstLine="397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Pravo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na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jednokratnu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reprezentativnu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naknadu</w:t>
      </w:r>
      <w:proofErr w:type="spellEnd"/>
      <w:r>
        <w:rPr>
          <w:rFonts w:ascii="Arial" w:hAnsi="Arial" w:cs="Arial"/>
          <w:sz w:val="24"/>
          <w:szCs w:val="24"/>
        </w:rPr>
        <w:t xml:space="preserve"> ne </w:t>
      </w:r>
      <w:proofErr w:type="spellStart"/>
      <w:r>
        <w:rPr>
          <w:rFonts w:ascii="Arial" w:hAnsi="Arial" w:cs="Arial"/>
          <w:sz w:val="24"/>
          <w:szCs w:val="24"/>
        </w:rPr>
        <w:t>ostvaruju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sportaši</w:t>
      </w:r>
      <w:proofErr w:type="spellEnd"/>
      <w:r>
        <w:rPr>
          <w:rFonts w:ascii="Arial" w:hAnsi="Arial" w:cs="Arial"/>
          <w:sz w:val="24"/>
          <w:szCs w:val="24"/>
        </w:rPr>
        <w:t xml:space="preserve"> koji </w:t>
      </w:r>
      <w:proofErr w:type="spellStart"/>
      <w:r>
        <w:rPr>
          <w:rFonts w:ascii="Arial" w:hAnsi="Arial" w:cs="Arial"/>
          <w:sz w:val="24"/>
          <w:szCs w:val="24"/>
        </w:rPr>
        <w:t>imaju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važeći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ugovor</w:t>
      </w:r>
      <w:proofErr w:type="spellEnd"/>
      <w:r>
        <w:rPr>
          <w:rFonts w:ascii="Arial" w:hAnsi="Arial" w:cs="Arial"/>
          <w:sz w:val="24"/>
          <w:szCs w:val="24"/>
        </w:rPr>
        <w:t xml:space="preserve"> o </w:t>
      </w:r>
      <w:proofErr w:type="spellStart"/>
      <w:r>
        <w:rPr>
          <w:rFonts w:ascii="Arial" w:hAnsi="Arial" w:cs="Arial"/>
          <w:sz w:val="24"/>
          <w:szCs w:val="24"/>
        </w:rPr>
        <w:t>sportskoj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stipendiji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temeljem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rješenja</w:t>
      </w:r>
      <w:proofErr w:type="spellEnd"/>
      <w:r>
        <w:rPr>
          <w:rFonts w:ascii="Arial" w:hAnsi="Arial" w:cs="Arial"/>
          <w:sz w:val="24"/>
          <w:szCs w:val="24"/>
        </w:rPr>
        <w:t xml:space="preserve"> o </w:t>
      </w:r>
      <w:proofErr w:type="spellStart"/>
      <w:r>
        <w:rPr>
          <w:rFonts w:ascii="Arial" w:hAnsi="Arial" w:cs="Arial"/>
          <w:sz w:val="24"/>
          <w:szCs w:val="24"/>
        </w:rPr>
        <w:t>kategorizaciji</w:t>
      </w:r>
      <w:proofErr w:type="spellEnd"/>
      <w:r>
        <w:rPr>
          <w:rFonts w:ascii="Arial" w:hAnsi="Arial" w:cs="Arial"/>
          <w:sz w:val="24"/>
          <w:szCs w:val="24"/>
        </w:rPr>
        <w:t xml:space="preserve"> HOO.</w:t>
      </w:r>
    </w:p>
    <w:p w14:paraId="55F564B3" w14:textId="77777777" w:rsidR="001675CD" w:rsidRPr="0033493B" w:rsidRDefault="001675CD">
      <w:pPr>
        <w:ind w:firstLine="397"/>
        <w:rPr>
          <w:rFonts w:ascii="Arial" w:hAnsi="Arial" w:cs="Arial"/>
          <w:sz w:val="24"/>
          <w:szCs w:val="24"/>
        </w:rPr>
      </w:pPr>
    </w:p>
    <w:p w14:paraId="77BD4454" w14:textId="77777777" w:rsidR="00DD2F6B" w:rsidRPr="0033493B" w:rsidRDefault="00F6031A">
      <w:pPr>
        <w:jc w:val="center"/>
        <w:rPr>
          <w:rFonts w:ascii="Arial" w:hAnsi="Arial" w:cs="Arial"/>
          <w:sz w:val="24"/>
          <w:szCs w:val="24"/>
        </w:rPr>
      </w:pPr>
      <w:r w:rsidRPr="0033493B">
        <w:rPr>
          <w:rFonts w:ascii="Arial" w:hAnsi="Arial" w:cs="Arial"/>
          <w:b/>
          <w:sz w:val="24"/>
          <w:szCs w:val="24"/>
        </w:rPr>
        <w:lastRenderedPageBreak/>
        <w:t>Članak 13.</w:t>
      </w:r>
    </w:p>
    <w:p w14:paraId="32F3519D" w14:textId="77777777" w:rsidR="00DD2F6B" w:rsidRPr="0033493B" w:rsidRDefault="00F6031A">
      <w:pPr>
        <w:ind w:firstLine="397"/>
        <w:rPr>
          <w:rFonts w:ascii="Arial" w:hAnsi="Arial" w:cs="Arial"/>
          <w:sz w:val="24"/>
          <w:szCs w:val="24"/>
        </w:rPr>
      </w:pPr>
      <w:r w:rsidRPr="0033493B">
        <w:rPr>
          <w:rFonts w:ascii="Arial" w:hAnsi="Arial" w:cs="Arial"/>
          <w:sz w:val="24"/>
          <w:szCs w:val="24"/>
        </w:rPr>
        <w:t>Ako je naknada već isplaćena, a naknadno se utvrdi postojanje razloga iz članka 12. ovoga Pravilnika, Grad će zatražiti povrat nepripadno isplaćenog iznosa.</w:t>
      </w:r>
    </w:p>
    <w:p w14:paraId="3B8EBAB1" w14:textId="77777777" w:rsidR="00DD2F6B" w:rsidRPr="0033493B" w:rsidRDefault="00F6031A">
      <w:pPr>
        <w:ind w:firstLine="397"/>
        <w:rPr>
          <w:rFonts w:ascii="Arial" w:hAnsi="Arial" w:cs="Arial"/>
          <w:sz w:val="24"/>
          <w:szCs w:val="24"/>
        </w:rPr>
      </w:pPr>
      <w:r w:rsidRPr="0033493B">
        <w:rPr>
          <w:rFonts w:ascii="Arial" w:hAnsi="Arial" w:cs="Arial"/>
          <w:sz w:val="24"/>
          <w:szCs w:val="24"/>
        </w:rPr>
        <w:t>Prije donošenja odluke o povratu sportašu odnosno njegovu zakonskom zastupniku omogućit će se očitovanje o činjenicama i okolnostima važnim za odluku.</w:t>
      </w:r>
    </w:p>
    <w:p w14:paraId="6D9CFD27" w14:textId="77777777" w:rsidR="00DD2F6B" w:rsidRDefault="00F6031A">
      <w:pPr>
        <w:pStyle w:val="Naslov1"/>
        <w:rPr>
          <w:rFonts w:ascii="Arial" w:eastAsiaTheme="minorEastAsia" w:hAnsi="Arial" w:cs="Arial"/>
          <w:bCs w:val="0"/>
          <w:color w:val="auto"/>
          <w:sz w:val="24"/>
          <w:szCs w:val="24"/>
        </w:rPr>
      </w:pPr>
      <w:r w:rsidRPr="0033493B">
        <w:rPr>
          <w:rFonts w:ascii="Arial" w:eastAsiaTheme="minorEastAsia" w:hAnsi="Arial" w:cs="Arial"/>
          <w:bCs w:val="0"/>
          <w:color w:val="auto"/>
          <w:sz w:val="24"/>
          <w:szCs w:val="24"/>
        </w:rPr>
        <w:t>VII. EVIDENCIJA I ZAVRŠNE ODREDBE</w:t>
      </w:r>
    </w:p>
    <w:p w14:paraId="50835E32" w14:textId="77777777" w:rsidR="003F1A71" w:rsidRPr="003F1A71" w:rsidRDefault="003F1A71" w:rsidP="003F1A71"/>
    <w:p w14:paraId="3AA8ADBD" w14:textId="77777777" w:rsidR="00DD2F6B" w:rsidRPr="0033493B" w:rsidRDefault="00F6031A">
      <w:pPr>
        <w:jc w:val="center"/>
        <w:rPr>
          <w:rFonts w:ascii="Arial" w:hAnsi="Arial" w:cs="Arial"/>
          <w:sz w:val="24"/>
          <w:szCs w:val="24"/>
        </w:rPr>
      </w:pPr>
      <w:r w:rsidRPr="0033493B">
        <w:rPr>
          <w:rFonts w:ascii="Arial" w:hAnsi="Arial" w:cs="Arial"/>
          <w:b/>
          <w:sz w:val="24"/>
          <w:szCs w:val="24"/>
        </w:rPr>
        <w:t>Članak 14.</w:t>
      </w:r>
    </w:p>
    <w:p w14:paraId="741E0D24" w14:textId="77777777" w:rsidR="00DD2F6B" w:rsidRPr="0033493B" w:rsidRDefault="00F6031A" w:rsidP="006058DA">
      <w:pPr>
        <w:ind w:firstLine="397"/>
        <w:jc w:val="both"/>
        <w:rPr>
          <w:rFonts w:ascii="Arial" w:hAnsi="Arial" w:cs="Arial"/>
          <w:sz w:val="24"/>
          <w:szCs w:val="24"/>
        </w:rPr>
      </w:pPr>
      <w:r w:rsidRPr="0033493B">
        <w:rPr>
          <w:rFonts w:ascii="Arial" w:hAnsi="Arial" w:cs="Arial"/>
          <w:sz w:val="24"/>
          <w:szCs w:val="24"/>
        </w:rPr>
        <w:t>Upravno tijelo nadležno za sport vodi evidenciju podnesenih zahtjeva, odobrenih naknada, reprezentativnih ciklusa i isplaćenih iznosa.</w:t>
      </w:r>
    </w:p>
    <w:p w14:paraId="3FEB03FB" w14:textId="77777777" w:rsidR="00DD2F6B" w:rsidRPr="0033493B" w:rsidRDefault="00F6031A" w:rsidP="006058DA">
      <w:pPr>
        <w:ind w:firstLine="397"/>
        <w:jc w:val="both"/>
        <w:rPr>
          <w:rFonts w:ascii="Arial" w:hAnsi="Arial" w:cs="Arial"/>
          <w:sz w:val="24"/>
          <w:szCs w:val="24"/>
        </w:rPr>
      </w:pPr>
      <w:r w:rsidRPr="0033493B">
        <w:rPr>
          <w:rFonts w:ascii="Arial" w:hAnsi="Arial" w:cs="Arial"/>
          <w:sz w:val="24"/>
          <w:szCs w:val="24"/>
        </w:rPr>
        <w:t>Osobni podatci obrađuju se samo u opsegu potrebnom za provedbu ovoga Pravilnika, u skladu s propisima o zaštiti osobnih podataka.</w:t>
      </w:r>
    </w:p>
    <w:p w14:paraId="36048F39" w14:textId="77777777" w:rsidR="00DD2F6B" w:rsidRPr="0033493B" w:rsidRDefault="00F6031A">
      <w:pPr>
        <w:jc w:val="center"/>
        <w:rPr>
          <w:rFonts w:ascii="Arial" w:hAnsi="Arial" w:cs="Arial"/>
          <w:sz w:val="24"/>
          <w:szCs w:val="24"/>
        </w:rPr>
      </w:pPr>
      <w:r w:rsidRPr="0033493B">
        <w:rPr>
          <w:rFonts w:ascii="Arial" w:hAnsi="Arial" w:cs="Arial"/>
          <w:b/>
          <w:sz w:val="24"/>
          <w:szCs w:val="24"/>
        </w:rPr>
        <w:t>Članak 15.</w:t>
      </w:r>
    </w:p>
    <w:p w14:paraId="67F74BC8" w14:textId="4056795F" w:rsidR="00DD2F6B" w:rsidRPr="0033493B" w:rsidRDefault="00F6031A" w:rsidP="00B7492C">
      <w:pPr>
        <w:ind w:firstLine="397"/>
        <w:jc w:val="both"/>
        <w:rPr>
          <w:rFonts w:ascii="Arial" w:hAnsi="Arial" w:cs="Arial"/>
          <w:sz w:val="24"/>
          <w:szCs w:val="24"/>
        </w:rPr>
      </w:pPr>
      <w:proofErr w:type="spellStart"/>
      <w:r w:rsidRPr="0033493B">
        <w:rPr>
          <w:rFonts w:ascii="Arial" w:hAnsi="Arial" w:cs="Arial"/>
          <w:sz w:val="24"/>
          <w:szCs w:val="24"/>
        </w:rPr>
        <w:t>Danom</w:t>
      </w:r>
      <w:proofErr w:type="spellEnd"/>
      <w:r w:rsidRPr="0033493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3493B">
        <w:rPr>
          <w:rFonts w:ascii="Arial" w:hAnsi="Arial" w:cs="Arial"/>
          <w:sz w:val="24"/>
          <w:szCs w:val="24"/>
        </w:rPr>
        <w:t>stupanja</w:t>
      </w:r>
      <w:proofErr w:type="spellEnd"/>
      <w:r w:rsidRPr="0033493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3493B">
        <w:rPr>
          <w:rFonts w:ascii="Arial" w:hAnsi="Arial" w:cs="Arial"/>
          <w:sz w:val="24"/>
          <w:szCs w:val="24"/>
        </w:rPr>
        <w:t>na</w:t>
      </w:r>
      <w:proofErr w:type="spellEnd"/>
      <w:r w:rsidRPr="0033493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3493B">
        <w:rPr>
          <w:rFonts w:ascii="Arial" w:hAnsi="Arial" w:cs="Arial"/>
          <w:sz w:val="24"/>
          <w:szCs w:val="24"/>
        </w:rPr>
        <w:t>snagu</w:t>
      </w:r>
      <w:proofErr w:type="spellEnd"/>
      <w:r w:rsidRPr="0033493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3493B">
        <w:rPr>
          <w:rFonts w:ascii="Arial" w:hAnsi="Arial" w:cs="Arial"/>
          <w:sz w:val="24"/>
          <w:szCs w:val="24"/>
        </w:rPr>
        <w:t>ovoga</w:t>
      </w:r>
      <w:proofErr w:type="spellEnd"/>
      <w:r w:rsidRPr="0033493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3493B">
        <w:rPr>
          <w:rFonts w:ascii="Arial" w:hAnsi="Arial" w:cs="Arial"/>
          <w:sz w:val="24"/>
          <w:szCs w:val="24"/>
        </w:rPr>
        <w:t>Pravilnika</w:t>
      </w:r>
      <w:proofErr w:type="spellEnd"/>
      <w:r w:rsidRPr="0033493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3493B">
        <w:rPr>
          <w:rFonts w:ascii="Arial" w:hAnsi="Arial" w:cs="Arial"/>
          <w:sz w:val="24"/>
          <w:szCs w:val="24"/>
        </w:rPr>
        <w:t>prestaj</w:t>
      </w:r>
      <w:r w:rsidR="00B7492C">
        <w:rPr>
          <w:rFonts w:ascii="Arial" w:hAnsi="Arial" w:cs="Arial"/>
          <w:sz w:val="24"/>
          <w:szCs w:val="24"/>
        </w:rPr>
        <w:t>e</w:t>
      </w:r>
      <w:proofErr w:type="spellEnd"/>
      <w:r w:rsidRPr="0033493B">
        <w:rPr>
          <w:rFonts w:ascii="Arial" w:hAnsi="Arial" w:cs="Arial"/>
          <w:sz w:val="24"/>
          <w:szCs w:val="24"/>
        </w:rPr>
        <w:t xml:space="preserve"> se </w:t>
      </w:r>
      <w:proofErr w:type="spellStart"/>
      <w:r w:rsidRPr="0033493B">
        <w:rPr>
          <w:rFonts w:ascii="Arial" w:hAnsi="Arial" w:cs="Arial"/>
          <w:sz w:val="24"/>
          <w:szCs w:val="24"/>
        </w:rPr>
        <w:t>primjenjivati</w:t>
      </w:r>
      <w:proofErr w:type="spellEnd"/>
      <w:r w:rsidRPr="0033493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3493B">
        <w:rPr>
          <w:rFonts w:ascii="Arial" w:hAnsi="Arial" w:cs="Arial"/>
          <w:sz w:val="24"/>
          <w:szCs w:val="24"/>
        </w:rPr>
        <w:t>Pravilnik</w:t>
      </w:r>
      <w:proofErr w:type="spellEnd"/>
      <w:r w:rsidRPr="0033493B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33493B">
        <w:rPr>
          <w:rFonts w:ascii="Arial" w:hAnsi="Arial" w:cs="Arial"/>
          <w:sz w:val="24"/>
          <w:szCs w:val="24"/>
        </w:rPr>
        <w:t>kriterijima</w:t>
      </w:r>
      <w:proofErr w:type="spellEnd"/>
      <w:r w:rsidRPr="0033493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3493B">
        <w:rPr>
          <w:rFonts w:ascii="Arial" w:hAnsi="Arial" w:cs="Arial"/>
          <w:sz w:val="24"/>
          <w:szCs w:val="24"/>
        </w:rPr>
        <w:t>dodjele</w:t>
      </w:r>
      <w:proofErr w:type="spellEnd"/>
      <w:r w:rsidRPr="0033493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3493B">
        <w:rPr>
          <w:rFonts w:ascii="Arial" w:hAnsi="Arial" w:cs="Arial"/>
          <w:sz w:val="24"/>
          <w:szCs w:val="24"/>
        </w:rPr>
        <w:t>sportskih</w:t>
      </w:r>
      <w:proofErr w:type="spellEnd"/>
      <w:r w:rsidRPr="0033493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3493B">
        <w:rPr>
          <w:rFonts w:ascii="Arial" w:hAnsi="Arial" w:cs="Arial"/>
          <w:sz w:val="24"/>
          <w:szCs w:val="24"/>
        </w:rPr>
        <w:t>stipendija</w:t>
      </w:r>
      <w:proofErr w:type="spellEnd"/>
      <w:r w:rsidRPr="0033493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3493B">
        <w:rPr>
          <w:rFonts w:ascii="Arial" w:hAnsi="Arial" w:cs="Arial"/>
          <w:sz w:val="24"/>
          <w:szCs w:val="24"/>
        </w:rPr>
        <w:t>i</w:t>
      </w:r>
      <w:proofErr w:type="spellEnd"/>
      <w:r w:rsidRPr="0033493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3493B">
        <w:rPr>
          <w:rFonts w:ascii="Arial" w:hAnsi="Arial" w:cs="Arial"/>
          <w:sz w:val="24"/>
          <w:szCs w:val="24"/>
        </w:rPr>
        <w:t>jednokratnih</w:t>
      </w:r>
      <w:proofErr w:type="spellEnd"/>
      <w:r w:rsidRPr="0033493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3493B">
        <w:rPr>
          <w:rFonts w:ascii="Arial" w:hAnsi="Arial" w:cs="Arial"/>
          <w:sz w:val="24"/>
          <w:szCs w:val="24"/>
        </w:rPr>
        <w:t>naknada</w:t>
      </w:r>
      <w:proofErr w:type="spellEnd"/>
      <w:r w:rsidRPr="0033493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3493B">
        <w:rPr>
          <w:rFonts w:ascii="Arial" w:hAnsi="Arial" w:cs="Arial"/>
          <w:sz w:val="24"/>
          <w:szCs w:val="24"/>
        </w:rPr>
        <w:t>sportašima</w:t>
      </w:r>
      <w:proofErr w:type="spellEnd"/>
      <w:r w:rsidR="00B7492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3493B">
        <w:rPr>
          <w:rFonts w:ascii="Arial" w:hAnsi="Arial" w:cs="Arial"/>
          <w:sz w:val="24"/>
          <w:szCs w:val="24"/>
        </w:rPr>
        <w:t>reprezentativcima</w:t>
      </w:r>
      <w:proofErr w:type="spellEnd"/>
      <w:r w:rsidR="00B7492C">
        <w:rPr>
          <w:rFonts w:ascii="Arial" w:hAnsi="Arial" w:cs="Arial"/>
          <w:sz w:val="24"/>
          <w:szCs w:val="24"/>
        </w:rPr>
        <w:t xml:space="preserve"> (“</w:t>
      </w:r>
      <w:proofErr w:type="spellStart"/>
      <w:r w:rsidR="00B7492C">
        <w:rPr>
          <w:rFonts w:ascii="Arial" w:hAnsi="Arial" w:cs="Arial"/>
          <w:sz w:val="24"/>
          <w:szCs w:val="24"/>
        </w:rPr>
        <w:t>Službene</w:t>
      </w:r>
      <w:proofErr w:type="spellEnd"/>
      <w:r w:rsidR="00B7492C">
        <w:rPr>
          <w:rFonts w:ascii="Arial" w:hAnsi="Arial" w:cs="Arial"/>
          <w:sz w:val="24"/>
          <w:szCs w:val="24"/>
        </w:rPr>
        <w:t xml:space="preserve"> novine Grada Crikvenice” br. 91/20, 179/23).</w:t>
      </w:r>
    </w:p>
    <w:p w14:paraId="15231BD7" w14:textId="77777777" w:rsidR="00DD2F6B" w:rsidRPr="0033493B" w:rsidRDefault="00F6031A" w:rsidP="00D949AB">
      <w:pPr>
        <w:ind w:firstLine="397"/>
        <w:jc w:val="both"/>
        <w:rPr>
          <w:rFonts w:ascii="Arial" w:hAnsi="Arial" w:cs="Arial"/>
          <w:sz w:val="24"/>
          <w:szCs w:val="24"/>
        </w:rPr>
      </w:pPr>
      <w:r w:rsidRPr="0033493B">
        <w:rPr>
          <w:rFonts w:ascii="Arial" w:hAnsi="Arial" w:cs="Arial"/>
          <w:sz w:val="24"/>
          <w:szCs w:val="24"/>
        </w:rPr>
        <w:t>Odredbe o sportskim stipendijama nisu predmet ovoga Pravilnika jer su uređene posebnim pravilnikom.</w:t>
      </w:r>
    </w:p>
    <w:p w14:paraId="7EEFB4F5" w14:textId="77777777" w:rsidR="00DD2F6B" w:rsidRPr="0033493B" w:rsidRDefault="00F6031A">
      <w:pPr>
        <w:jc w:val="center"/>
        <w:rPr>
          <w:rFonts w:ascii="Arial" w:hAnsi="Arial" w:cs="Arial"/>
          <w:sz w:val="24"/>
          <w:szCs w:val="24"/>
        </w:rPr>
      </w:pPr>
      <w:r w:rsidRPr="0033493B">
        <w:rPr>
          <w:rFonts w:ascii="Arial" w:hAnsi="Arial" w:cs="Arial"/>
          <w:b/>
          <w:sz w:val="24"/>
          <w:szCs w:val="24"/>
        </w:rPr>
        <w:t>Članak 16.</w:t>
      </w:r>
    </w:p>
    <w:p w14:paraId="4CFE2180" w14:textId="3AABDD5B" w:rsidR="00DD2F6B" w:rsidRDefault="00F6031A">
      <w:pPr>
        <w:ind w:firstLine="397"/>
        <w:rPr>
          <w:rFonts w:ascii="Arial" w:hAnsi="Arial" w:cs="Arial"/>
          <w:sz w:val="24"/>
          <w:szCs w:val="24"/>
        </w:rPr>
      </w:pPr>
      <w:r w:rsidRPr="0033493B">
        <w:rPr>
          <w:rFonts w:ascii="Arial" w:hAnsi="Arial" w:cs="Arial"/>
          <w:sz w:val="24"/>
          <w:szCs w:val="24"/>
        </w:rPr>
        <w:t xml:space="preserve">Ovaj Pravilnik stupa na snagu osmoga dana </w:t>
      </w:r>
      <w:proofErr w:type="gramStart"/>
      <w:r w:rsidRPr="0033493B">
        <w:rPr>
          <w:rFonts w:ascii="Arial" w:hAnsi="Arial" w:cs="Arial"/>
          <w:sz w:val="24"/>
          <w:szCs w:val="24"/>
        </w:rPr>
        <w:t>od</w:t>
      </w:r>
      <w:proofErr w:type="gramEnd"/>
      <w:r w:rsidRPr="0033493B">
        <w:rPr>
          <w:rFonts w:ascii="Arial" w:hAnsi="Arial" w:cs="Arial"/>
          <w:sz w:val="24"/>
          <w:szCs w:val="24"/>
        </w:rPr>
        <w:t xml:space="preserve"> dana </w:t>
      </w:r>
      <w:proofErr w:type="spellStart"/>
      <w:r w:rsidRPr="0033493B">
        <w:rPr>
          <w:rFonts w:ascii="Arial" w:hAnsi="Arial" w:cs="Arial"/>
          <w:sz w:val="24"/>
          <w:szCs w:val="24"/>
        </w:rPr>
        <w:t>objave</w:t>
      </w:r>
      <w:proofErr w:type="spellEnd"/>
      <w:r w:rsidRPr="0033493B">
        <w:rPr>
          <w:rFonts w:ascii="Arial" w:hAnsi="Arial" w:cs="Arial"/>
          <w:sz w:val="24"/>
          <w:szCs w:val="24"/>
        </w:rPr>
        <w:t xml:space="preserve"> u </w:t>
      </w:r>
      <w:r w:rsidR="00B7492C">
        <w:rPr>
          <w:rFonts w:ascii="Arial" w:hAnsi="Arial" w:cs="Arial"/>
          <w:sz w:val="24"/>
          <w:szCs w:val="24"/>
        </w:rPr>
        <w:t>“</w:t>
      </w:r>
      <w:proofErr w:type="spellStart"/>
      <w:r w:rsidR="00B7492C">
        <w:rPr>
          <w:rFonts w:ascii="Arial" w:hAnsi="Arial" w:cs="Arial"/>
          <w:sz w:val="24"/>
          <w:szCs w:val="24"/>
        </w:rPr>
        <w:t>Službenim</w:t>
      </w:r>
      <w:proofErr w:type="spellEnd"/>
      <w:r w:rsidR="00B7492C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7492C">
        <w:rPr>
          <w:rFonts w:ascii="Arial" w:hAnsi="Arial" w:cs="Arial"/>
          <w:sz w:val="24"/>
          <w:szCs w:val="24"/>
        </w:rPr>
        <w:t>novinama</w:t>
      </w:r>
      <w:proofErr w:type="spellEnd"/>
      <w:r w:rsidR="00B7492C">
        <w:rPr>
          <w:rFonts w:ascii="Arial" w:hAnsi="Arial" w:cs="Arial"/>
          <w:sz w:val="24"/>
          <w:szCs w:val="24"/>
        </w:rPr>
        <w:t xml:space="preserve"> </w:t>
      </w:r>
      <w:r w:rsidRPr="0033493B">
        <w:rPr>
          <w:rFonts w:ascii="Arial" w:hAnsi="Arial" w:cs="Arial"/>
          <w:sz w:val="24"/>
          <w:szCs w:val="24"/>
        </w:rPr>
        <w:t>Grada Crikvenice</w:t>
      </w:r>
      <w:r w:rsidR="00B7492C">
        <w:rPr>
          <w:rFonts w:ascii="Arial" w:hAnsi="Arial" w:cs="Arial"/>
          <w:sz w:val="24"/>
          <w:szCs w:val="24"/>
        </w:rPr>
        <w:t>”</w:t>
      </w:r>
      <w:r w:rsidRPr="0033493B">
        <w:rPr>
          <w:rFonts w:ascii="Arial" w:hAnsi="Arial" w:cs="Arial"/>
          <w:sz w:val="24"/>
          <w:szCs w:val="24"/>
        </w:rPr>
        <w:t>.</w:t>
      </w:r>
    </w:p>
    <w:p w14:paraId="0C23C566" w14:textId="77777777" w:rsidR="009C0933" w:rsidRDefault="009C0933">
      <w:pPr>
        <w:ind w:firstLine="397"/>
        <w:rPr>
          <w:rFonts w:ascii="Arial" w:hAnsi="Arial" w:cs="Arial"/>
          <w:sz w:val="24"/>
          <w:szCs w:val="24"/>
        </w:rPr>
      </w:pPr>
    </w:p>
    <w:p w14:paraId="0141CC8F" w14:textId="77777777" w:rsidR="009C0933" w:rsidRPr="000A7910" w:rsidRDefault="009C0933" w:rsidP="009C0933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4513A5A" w14:textId="77777777" w:rsidR="009C0933" w:rsidRPr="000A7910" w:rsidRDefault="009C0933" w:rsidP="009C0933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0A7910">
        <w:rPr>
          <w:rFonts w:ascii="Arial" w:hAnsi="Arial" w:cs="Arial"/>
          <w:sz w:val="24"/>
          <w:szCs w:val="24"/>
        </w:rPr>
        <w:t xml:space="preserve">KLASA: </w:t>
      </w:r>
    </w:p>
    <w:p w14:paraId="4B387593" w14:textId="77777777" w:rsidR="009C0933" w:rsidRPr="000A7910" w:rsidRDefault="009C0933" w:rsidP="009C0933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0A7910">
        <w:rPr>
          <w:rFonts w:ascii="Arial" w:hAnsi="Arial" w:cs="Arial"/>
          <w:sz w:val="24"/>
          <w:szCs w:val="24"/>
        </w:rPr>
        <w:t>URBROJ:</w:t>
      </w:r>
    </w:p>
    <w:p w14:paraId="50035667" w14:textId="77777777" w:rsidR="009C0933" w:rsidRPr="000A7910" w:rsidRDefault="009C0933" w:rsidP="009C0933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0A7910">
        <w:rPr>
          <w:rFonts w:ascii="Arial" w:hAnsi="Arial" w:cs="Arial"/>
          <w:sz w:val="24"/>
          <w:szCs w:val="24"/>
        </w:rPr>
        <w:t xml:space="preserve">Crikvenica, </w:t>
      </w:r>
    </w:p>
    <w:p w14:paraId="2B168AA1" w14:textId="77777777" w:rsidR="009C0933" w:rsidRPr="000A7910" w:rsidRDefault="009C0933" w:rsidP="009C0933">
      <w:pPr>
        <w:rPr>
          <w:rFonts w:ascii="Arial" w:hAnsi="Arial" w:cs="Arial"/>
          <w:sz w:val="24"/>
          <w:szCs w:val="24"/>
        </w:rPr>
      </w:pPr>
    </w:p>
    <w:p w14:paraId="1AD11AD5" w14:textId="77777777" w:rsidR="009C0933" w:rsidRPr="000A7910" w:rsidRDefault="009C0933" w:rsidP="009C0933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0A7910">
        <w:rPr>
          <w:rFonts w:ascii="Arial" w:hAnsi="Arial" w:cs="Arial"/>
          <w:sz w:val="24"/>
          <w:szCs w:val="24"/>
        </w:rPr>
        <w:tab/>
      </w:r>
      <w:r w:rsidRPr="000A7910">
        <w:rPr>
          <w:rFonts w:ascii="Arial" w:hAnsi="Arial" w:cs="Arial"/>
          <w:sz w:val="24"/>
          <w:szCs w:val="24"/>
        </w:rPr>
        <w:tab/>
      </w:r>
      <w:r w:rsidRPr="000A7910">
        <w:rPr>
          <w:rFonts w:ascii="Arial" w:hAnsi="Arial" w:cs="Arial"/>
          <w:sz w:val="24"/>
          <w:szCs w:val="24"/>
        </w:rPr>
        <w:tab/>
      </w:r>
      <w:r w:rsidRPr="000A7910">
        <w:rPr>
          <w:rFonts w:ascii="Arial" w:hAnsi="Arial" w:cs="Arial"/>
          <w:sz w:val="24"/>
          <w:szCs w:val="24"/>
        </w:rPr>
        <w:tab/>
      </w:r>
      <w:r w:rsidRPr="000A7910">
        <w:rPr>
          <w:rFonts w:ascii="Arial" w:hAnsi="Arial" w:cs="Arial"/>
          <w:sz w:val="24"/>
          <w:szCs w:val="24"/>
        </w:rPr>
        <w:tab/>
      </w:r>
      <w:r w:rsidRPr="000A7910">
        <w:rPr>
          <w:rFonts w:ascii="Arial" w:hAnsi="Arial" w:cs="Arial"/>
          <w:sz w:val="24"/>
          <w:szCs w:val="24"/>
        </w:rPr>
        <w:tab/>
      </w:r>
      <w:r w:rsidRPr="000A7910">
        <w:rPr>
          <w:rFonts w:ascii="Arial" w:hAnsi="Arial" w:cs="Arial"/>
          <w:sz w:val="24"/>
          <w:szCs w:val="24"/>
        </w:rPr>
        <w:tab/>
      </w:r>
      <w:r w:rsidRPr="000A7910">
        <w:rPr>
          <w:rFonts w:ascii="Arial" w:hAnsi="Arial" w:cs="Arial"/>
          <w:sz w:val="24"/>
          <w:szCs w:val="24"/>
        </w:rPr>
        <w:tab/>
        <w:t>GRADONAČELNI</w:t>
      </w:r>
      <w:r>
        <w:rPr>
          <w:rFonts w:ascii="Arial" w:hAnsi="Arial" w:cs="Arial"/>
          <w:sz w:val="24"/>
          <w:szCs w:val="24"/>
        </w:rPr>
        <w:t>CA</w:t>
      </w:r>
    </w:p>
    <w:p w14:paraId="62FF16C6" w14:textId="77777777" w:rsidR="009C0933" w:rsidRDefault="009C0933" w:rsidP="009C0933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0A7910">
        <w:rPr>
          <w:rFonts w:ascii="Arial" w:hAnsi="Arial" w:cs="Arial"/>
          <w:sz w:val="24"/>
          <w:szCs w:val="24"/>
        </w:rPr>
        <w:tab/>
      </w:r>
      <w:r w:rsidRPr="000A7910">
        <w:rPr>
          <w:rFonts w:ascii="Arial" w:hAnsi="Arial" w:cs="Arial"/>
          <w:sz w:val="24"/>
          <w:szCs w:val="24"/>
        </w:rPr>
        <w:tab/>
      </w:r>
      <w:r w:rsidRPr="000A7910">
        <w:rPr>
          <w:rFonts w:ascii="Arial" w:hAnsi="Arial" w:cs="Arial"/>
          <w:sz w:val="24"/>
          <w:szCs w:val="24"/>
        </w:rPr>
        <w:tab/>
      </w:r>
      <w:r w:rsidRPr="000A7910">
        <w:rPr>
          <w:rFonts w:ascii="Arial" w:hAnsi="Arial" w:cs="Arial"/>
          <w:sz w:val="24"/>
          <w:szCs w:val="24"/>
        </w:rPr>
        <w:tab/>
      </w:r>
      <w:r w:rsidRPr="000A7910">
        <w:rPr>
          <w:rFonts w:ascii="Arial" w:hAnsi="Arial" w:cs="Arial"/>
          <w:sz w:val="24"/>
          <w:szCs w:val="24"/>
        </w:rPr>
        <w:tab/>
      </w:r>
      <w:r w:rsidRPr="000A7910">
        <w:rPr>
          <w:rFonts w:ascii="Arial" w:hAnsi="Arial" w:cs="Arial"/>
          <w:sz w:val="24"/>
          <w:szCs w:val="24"/>
        </w:rPr>
        <w:tab/>
      </w:r>
      <w:r w:rsidRPr="000A7910">
        <w:rPr>
          <w:rFonts w:ascii="Arial" w:hAnsi="Arial" w:cs="Arial"/>
          <w:sz w:val="24"/>
          <w:szCs w:val="24"/>
        </w:rPr>
        <w:tab/>
      </w:r>
      <w:r w:rsidRPr="000A7910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Ivona Matošić Gašparović</w:t>
      </w:r>
    </w:p>
    <w:p w14:paraId="6F198903" w14:textId="77777777" w:rsidR="009C0933" w:rsidRDefault="009C0933" w:rsidP="009C0933">
      <w:pPr>
        <w:rPr>
          <w:rFonts w:ascii="Arial" w:hAnsi="Arial" w:cs="Arial"/>
          <w:sz w:val="24"/>
          <w:szCs w:val="24"/>
        </w:rPr>
      </w:pPr>
    </w:p>
    <w:p w14:paraId="052F439F" w14:textId="77777777" w:rsidR="009C0933" w:rsidRPr="0033493B" w:rsidRDefault="009C0933">
      <w:pPr>
        <w:ind w:firstLine="397"/>
        <w:rPr>
          <w:rFonts w:ascii="Arial" w:hAnsi="Arial" w:cs="Arial"/>
          <w:sz w:val="24"/>
          <w:szCs w:val="24"/>
        </w:rPr>
      </w:pPr>
    </w:p>
    <w:sectPr w:rsidR="009C0933" w:rsidRPr="0033493B" w:rsidSect="00034616">
      <w:footerReference w:type="default" r:id="rId11"/>
      <w:pgSz w:w="12240" w:h="15840"/>
      <w:pgMar w:top="1247" w:right="1417" w:bottom="1247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543CE9" w14:textId="77777777" w:rsidR="00B957F1" w:rsidRDefault="00B957F1">
      <w:pPr>
        <w:spacing w:after="0" w:line="240" w:lineRule="auto"/>
      </w:pPr>
      <w:r>
        <w:separator/>
      </w:r>
    </w:p>
  </w:endnote>
  <w:endnote w:type="continuationSeparator" w:id="0">
    <w:p w14:paraId="078A8501" w14:textId="77777777" w:rsidR="00B957F1" w:rsidRDefault="00B957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enQuanYi Micro Hei">
    <w:altName w:val="Times New Roman"/>
    <w:charset w:val="00"/>
    <w:family w:val="auto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1DA134" w14:textId="18F69AA6" w:rsidR="00DD2F6B" w:rsidRDefault="00DD2F6B">
    <w:pPr>
      <w:pStyle w:val="Podnoje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76D376" w14:textId="77777777" w:rsidR="00B957F1" w:rsidRDefault="00B957F1">
      <w:pPr>
        <w:spacing w:after="0" w:line="240" w:lineRule="auto"/>
      </w:pPr>
      <w:r>
        <w:separator/>
      </w:r>
    </w:p>
  </w:footnote>
  <w:footnote w:type="continuationSeparator" w:id="0">
    <w:p w14:paraId="2B19DB1E" w14:textId="77777777" w:rsidR="00B957F1" w:rsidRDefault="00B957F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Brojevi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Brojevi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Grafikeoznak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Grafikeoznak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Brojevi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Grafikeoznak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B6B1F9B"/>
    <w:multiLevelType w:val="hybridMultilevel"/>
    <w:tmpl w:val="9CD2A50E"/>
    <w:lvl w:ilvl="0" w:tplc="23D8941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10667158">
    <w:abstractNumId w:val="8"/>
  </w:num>
  <w:num w:numId="2" w16cid:durableId="1591768133">
    <w:abstractNumId w:val="6"/>
  </w:num>
  <w:num w:numId="3" w16cid:durableId="988559402">
    <w:abstractNumId w:val="5"/>
  </w:num>
  <w:num w:numId="4" w16cid:durableId="818111027">
    <w:abstractNumId w:val="4"/>
  </w:num>
  <w:num w:numId="5" w16cid:durableId="79303877">
    <w:abstractNumId w:val="7"/>
  </w:num>
  <w:num w:numId="6" w16cid:durableId="1718772477">
    <w:abstractNumId w:val="3"/>
  </w:num>
  <w:num w:numId="7" w16cid:durableId="1493447903">
    <w:abstractNumId w:val="2"/>
  </w:num>
  <w:num w:numId="8" w16cid:durableId="413011701">
    <w:abstractNumId w:val="1"/>
  </w:num>
  <w:num w:numId="9" w16cid:durableId="1250231087">
    <w:abstractNumId w:val="0"/>
  </w:num>
  <w:num w:numId="10" w16cid:durableId="112731290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669C9"/>
    <w:rsid w:val="000C4192"/>
    <w:rsid w:val="0015074B"/>
    <w:rsid w:val="001675CD"/>
    <w:rsid w:val="00180FD4"/>
    <w:rsid w:val="00202708"/>
    <w:rsid w:val="002148C1"/>
    <w:rsid w:val="0029639D"/>
    <w:rsid w:val="00326F90"/>
    <w:rsid w:val="0033493B"/>
    <w:rsid w:val="003F1A71"/>
    <w:rsid w:val="00455CA7"/>
    <w:rsid w:val="00526870"/>
    <w:rsid w:val="006058DA"/>
    <w:rsid w:val="006E4540"/>
    <w:rsid w:val="007E3C8D"/>
    <w:rsid w:val="00862B58"/>
    <w:rsid w:val="00865F1A"/>
    <w:rsid w:val="008B3F94"/>
    <w:rsid w:val="008C2994"/>
    <w:rsid w:val="009A08FE"/>
    <w:rsid w:val="009C0933"/>
    <w:rsid w:val="00AA1D8D"/>
    <w:rsid w:val="00AA6FCC"/>
    <w:rsid w:val="00B2367C"/>
    <w:rsid w:val="00B47730"/>
    <w:rsid w:val="00B707A6"/>
    <w:rsid w:val="00B7492C"/>
    <w:rsid w:val="00B957F1"/>
    <w:rsid w:val="00BE40A8"/>
    <w:rsid w:val="00CB0664"/>
    <w:rsid w:val="00CE06CC"/>
    <w:rsid w:val="00D02653"/>
    <w:rsid w:val="00D949AB"/>
    <w:rsid w:val="00DD2F6B"/>
    <w:rsid w:val="00EE18A4"/>
    <w:rsid w:val="00F43124"/>
    <w:rsid w:val="00F6031A"/>
    <w:rsid w:val="00FC025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F00C384"/>
  <w14:defaultImageDpi w14:val="300"/>
  <w15:docId w15:val="{2C3B4A6E-3E8B-41A5-B5DB-A6EA1F35A4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Aptos" w:hAnsi="Aptos"/>
    </w:rPr>
  </w:style>
  <w:style w:type="paragraph" w:styleId="Naslov1">
    <w:name w:val="heading 1"/>
    <w:basedOn w:val="Normal"/>
    <w:next w:val="Normal"/>
    <w:link w:val="Naslov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E618BF"/>
  </w:style>
  <w:style w:type="paragraph" w:styleId="Podnoje">
    <w:name w:val="footer"/>
    <w:basedOn w:val="Normal"/>
    <w:link w:val="Podno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E618BF"/>
  </w:style>
  <w:style w:type="paragraph" w:styleId="Bezproreda">
    <w:name w:val="No Spacing"/>
    <w:uiPriority w:val="1"/>
    <w:qFormat/>
    <w:rsid w:val="00FC693F"/>
    <w:pPr>
      <w:spacing w:after="0" w:line="240" w:lineRule="auto"/>
    </w:pPr>
  </w:style>
  <w:style w:type="character" w:customStyle="1" w:styleId="Naslov1Char">
    <w:name w:val="Naslov 1 Char"/>
    <w:basedOn w:val="Zadanifontodlomka"/>
    <w:link w:val="Naslov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slov2Char">
    <w:name w:val="Naslov 2 Char"/>
    <w:basedOn w:val="Zadanifontodlomka"/>
    <w:link w:val="Naslov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">
    <w:name w:val="Title"/>
    <w:basedOn w:val="Normal"/>
    <w:next w:val="Normal"/>
    <w:link w:val="Nasl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Char">
    <w:name w:val="Naslov Char"/>
    <w:basedOn w:val="Zadanifontodlomka"/>
    <w:link w:val="Nasl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Char">
    <w:name w:val="Podnaslov Char"/>
    <w:basedOn w:val="Zadanifontodlomka"/>
    <w:link w:val="Podnaslov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lomakpopis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ijeloteksta">
    <w:name w:val="Body Text"/>
    <w:basedOn w:val="Normal"/>
    <w:link w:val="TijelotekstaChar"/>
    <w:uiPriority w:val="99"/>
    <w:unhideWhenUsed/>
    <w:rsid w:val="00AA1D8D"/>
  </w:style>
  <w:style w:type="character" w:customStyle="1" w:styleId="TijelotekstaChar">
    <w:name w:val="Tijelo teksta Char"/>
    <w:basedOn w:val="Zadanifontodlomka"/>
    <w:link w:val="Tijeloteksta"/>
    <w:uiPriority w:val="99"/>
    <w:rsid w:val="00AA1D8D"/>
  </w:style>
  <w:style w:type="paragraph" w:styleId="Tijeloteksta2">
    <w:name w:val="Body Text 2"/>
    <w:basedOn w:val="Normal"/>
    <w:link w:val="Tijeloteksta2Char"/>
    <w:uiPriority w:val="99"/>
    <w:unhideWhenUsed/>
    <w:rsid w:val="00AA1D8D"/>
    <w:pPr>
      <w:spacing w:line="480" w:lineRule="auto"/>
    </w:pPr>
  </w:style>
  <w:style w:type="character" w:customStyle="1" w:styleId="Tijeloteksta2Char">
    <w:name w:val="Tijelo teksta 2 Char"/>
    <w:basedOn w:val="Zadanifontodlomka"/>
    <w:link w:val="Tijeloteksta2"/>
    <w:uiPriority w:val="99"/>
    <w:rsid w:val="00AA1D8D"/>
  </w:style>
  <w:style w:type="paragraph" w:styleId="Tijeloteksta3">
    <w:name w:val="Body Text 3"/>
    <w:basedOn w:val="Normal"/>
    <w:link w:val="Tijeloteksta3Char"/>
    <w:uiPriority w:val="99"/>
    <w:unhideWhenUsed/>
    <w:rsid w:val="00AA1D8D"/>
    <w:rPr>
      <w:sz w:val="16"/>
      <w:szCs w:val="16"/>
    </w:rPr>
  </w:style>
  <w:style w:type="character" w:customStyle="1" w:styleId="Tijeloteksta3Char">
    <w:name w:val="Tijelo teksta 3 Char"/>
    <w:basedOn w:val="Zadanifontodlomka"/>
    <w:link w:val="Tijeloteksta3"/>
    <w:uiPriority w:val="99"/>
    <w:rsid w:val="00AA1D8D"/>
    <w:rPr>
      <w:sz w:val="16"/>
      <w:szCs w:val="16"/>
    </w:rPr>
  </w:style>
  <w:style w:type="paragraph" w:styleId="Popis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Popis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Popis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Grafikeoznake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Grafikeoznake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Grafikeoznake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Brojevi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Brojevi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Brojevi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Nastavakpopisa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Nastavakpopisa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Nastavakpopisa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Tekstmakronaredbe">
    <w:name w:val="macro"/>
    <w:link w:val="Tekstmakronaredb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onaredbeChar">
    <w:name w:val="Tekst makronaredbe Char"/>
    <w:basedOn w:val="Zadanifontodlomka"/>
    <w:link w:val="Tekstmakronaredbe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har"/>
    <w:uiPriority w:val="29"/>
    <w:qFormat/>
    <w:rsid w:val="00FC693F"/>
    <w:rPr>
      <w:i/>
      <w:iCs/>
      <w:color w:val="000000" w:themeColor="text1"/>
    </w:rPr>
  </w:style>
  <w:style w:type="character" w:customStyle="1" w:styleId="CitatChar">
    <w:name w:val="Citat Char"/>
    <w:basedOn w:val="Zadanifontodlomka"/>
    <w:link w:val="Citat"/>
    <w:uiPriority w:val="29"/>
    <w:rsid w:val="00FC693F"/>
    <w:rPr>
      <w:i/>
      <w:iCs/>
      <w:color w:val="000000" w:themeColor="text1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Naglaeno">
    <w:name w:val="Strong"/>
    <w:basedOn w:val="Zadanifontodlomka"/>
    <w:uiPriority w:val="22"/>
    <w:qFormat/>
    <w:rsid w:val="00FC693F"/>
    <w:rPr>
      <w:b/>
      <w:bCs/>
    </w:rPr>
  </w:style>
  <w:style w:type="character" w:styleId="Istaknuto">
    <w:name w:val="Emphasis"/>
    <w:basedOn w:val="Zadanifontodlomka"/>
    <w:uiPriority w:val="20"/>
    <w:qFormat/>
    <w:rsid w:val="00FC693F"/>
    <w:rPr>
      <w:i/>
      <w:iCs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C693F"/>
    <w:rPr>
      <w:b/>
      <w:bCs/>
      <w:i/>
      <w:iCs/>
      <w:color w:val="4F81BD" w:themeColor="accent1"/>
    </w:rPr>
  </w:style>
  <w:style w:type="character" w:styleId="Neupadljivoisticanje">
    <w:name w:val="Subtle Emphasis"/>
    <w:basedOn w:val="Zadanifontodlomka"/>
    <w:uiPriority w:val="19"/>
    <w:qFormat/>
    <w:rsid w:val="00FC693F"/>
    <w:rPr>
      <w:i/>
      <w:iCs/>
      <w:color w:val="808080" w:themeColor="text1" w:themeTint="7F"/>
    </w:rPr>
  </w:style>
  <w:style w:type="character" w:styleId="Jakoisticanje">
    <w:name w:val="Intense Emphasis"/>
    <w:basedOn w:val="Zadanifontodlomka"/>
    <w:uiPriority w:val="21"/>
    <w:qFormat/>
    <w:rsid w:val="00FC693F"/>
    <w:rPr>
      <w:b/>
      <w:bCs/>
      <w:i/>
      <w:iCs/>
      <w:color w:val="4F81BD" w:themeColor="accent1"/>
    </w:rPr>
  </w:style>
  <w:style w:type="character" w:styleId="Neupadljivareferenca">
    <w:name w:val="Subtle Reference"/>
    <w:basedOn w:val="Zadanifontodlomka"/>
    <w:uiPriority w:val="31"/>
    <w:qFormat/>
    <w:rsid w:val="00FC693F"/>
    <w:rPr>
      <w:smallCaps/>
      <w:color w:val="C0504D" w:themeColor="accent2"/>
      <w:u w:val="single"/>
    </w:rPr>
  </w:style>
  <w:style w:type="character" w:styleId="Istaknutareferenca">
    <w:name w:val="Intense Reference"/>
    <w:basedOn w:val="Zadanifontodlomk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Zadanifontodlomka"/>
    <w:uiPriority w:val="33"/>
    <w:qFormat/>
    <w:rsid w:val="00FC693F"/>
    <w:rPr>
      <w:b/>
      <w:bCs/>
      <w:smallCaps/>
      <w:spacing w:val="5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FC693F"/>
    <w:pPr>
      <w:outlineLvl w:val="9"/>
    </w:pPr>
  </w:style>
  <w:style w:type="table" w:styleId="Reetkatablice">
    <w:name w:val="Table Grid"/>
    <w:basedOn w:val="Obinatablic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osjenanje">
    <w:name w:val="Light Shading"/>
    <w:basedOn w:val="Obinatablic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ijetlosjenanje-Isticanje1">
    <w:name w:val="Light Shading Accent 1"/>
    <w:basedOn w:val="Obinatablic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ijetlosjenanje-Isticanje2">
    <w:name w:val="Light Shading Accent 2"/>
    <w:basedOn w:val="Obinatablic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ijetlosjenanje-Isticanje3">
    <w:name w:val="Light Shading Accent 3"/>
    <w:basedOn w:val="Obinatablic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ijetlosjenanje-Isticanje4">
    <w:name w:val="Light Shading Accent 4"/>
    <w:basedOn w:val="Obinatablic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ijetlosjenanje-Isticanje5">
    <w:name w:val="Light Shading Accent 5"/>
    <w:basedOn w:val="Obinatablic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ijetlosjenanje-Isticanje6">
    <w:name w:val="Light Shading Accent 6"/>
    <w:basedOn w:val="Obinatablic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ijetlipopis">
    <w:name w:val="Light List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ijetlipopis-Isticanje1">
    <w:name w:val="Light List Accent 1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ijetlipopis-Isticanje2">
    <w:name w:val="Light List Accent 2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ijetlipopis-Isticanje3">
    <w:name w:val="Light List Accent 3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ijetlipopis-Isticanje4">
    <w:name w:val="Light List Accent 4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ijetlipopis-Isticanje5">
    <w:name w:val="Light List Accent 5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rednjipopis-Isticanje6">
    <w:name w:val="Light List Accent 6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ijetlareetka">
    <w:name w:val="Light Grid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ijetlareetka-Isticanje1">
    <w:name w:val="Light Grid Accent 1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ijetlareetka-Isticanje2">
    <w:name w:val="Light Grid Accent 2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ijetlareetka-Isticanje3">
    <w:name w:val="Light Grid Accent 3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ijetlareetka-Isticanje4">
    <w:name w:val="Light Grid Accent 4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ijetlareetka-Isticanje5">
    <w:name w:val="Light Grid Accent 5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rednjareetka-Isticanje6">
    <w:name w:val="Light Grid Accent 6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rednjesjenanje1">
    <w:name w:val="Medium Shading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1">
    <w:name w:val="Medium Shading 1 Accent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2">
    <w:name w:val="Medium Shading 1 Accent 2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3">
    <w:name w:val="Medium Shading 1 Accent 3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4">
    <w:name w:val="Medium Shading 1 Accent 4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5">
    <w:name w:val="Medium Shading 1 Accent 5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6">
    <w:name w:val="Medium Shading 1 Accent 6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2">
    <w:name w:val="Medium Shading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1">
    <w:name w:val="Medium Shading 2 Accent 1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2">
    <w:name w:val="Medium Shading 2 Accent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3">
    <w:name w:val="Medium Shading 2 Accent 3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4">
    <w:name w:val="Medium Shading 2 Accent 4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5">
    <w:name w:val="Medium Shading 2 Accent 5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6">
    <w:name w:val="Medium Shading 2 Accent 6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ipopis1">
    <w:name w:val="Medium Lis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popis1-Isticanje1">
    <w:name w:val="Medium List 1 Accen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ipopis1-Isticanje2">
    <w:name w:val="Medium List 1 Accent 2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ipopis1-Isticanje3">
    <w:name w:val="Medium List 1 Accent 3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ipopis1-Isticanje4">
    <w:name w:val="Medium List 1 Accent 4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ipopis1-Isticanje5">
    <w:name w:val="Medium List 1 Accent 5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ipopis1-Isticanje6">
    <w:name w:val="Medium List 1 Accent 6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ipopis2">
    <w:name w:val="Medium Lis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1">
    <w:name w:val="Medium List 2 Accent 1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2">
    <w:name w:val="Medium List 2 Accen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3">
    <w:name w:val="Medium List 2 Accent 3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4">
    <w:name w:val="Medium List 2 Accent 4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5">
    <w:name w:val="Medium List 2 Accent 5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6">
    <w:name w:val="Medium List 2 Accent 6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reetka1">
    <w:name w:val="Medium Grid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reetka1-Isticanje1">
    <w:name w:val="Medium Grid 1 Accent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reetka1-Isticanje2">
    <w:name w:val="Medium Grid 1 Accent 2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reetka1-Isticanje3">
    <w:name w:val="Medium Grid 1 Accent 3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reetka1-Isticanje4">
    <w:name w:val="Medium Grid 1 Accent 4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reetka1-Isticanje5">
    <w:name w:val="Medium Grid 1 Accent 5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reetka1-Isticanje6">
    <w:name w:val="Medium Grid 1 Accent 6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reetka2">
    <w:name w:val="Medium Grid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1">
    <w:name w:val="Medium Grid 2 Accent 1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2">
    <w:name w:val="Medium Grid 2 Accent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3">
    <w:name w:val="Medium Grid 2 Accent 3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4">
    <w:name w:val="Medium Grid 2 Accent 4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5">
    <w:name w:val="Medium Grid 2 Accent 5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6">
    <w:name w:val="Medium Grid 2 Accent 6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3">
    <w:name w:val="Medium Grid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reetka3-Isticanje1">
    <w:name w:val="Medium Grid 3 Accent 1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reetka3-Isticanje2">
    <w:name w:val="Medium Grid 3 Accent 2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reetka3-Isticanje3">
    <w:name w:val="Medium Grid 3 Accent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reetka3-Isticanje4">
    <w:name w:val="Medium Grid 3 Accent 4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reetka3-Isticanje5">
    <w:name w:val="Medium Grid 3 Accent 5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reetka3-Isticanje6">
    <w:name w:val="Medium Grid 3 Accent 6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nipopis">
    <w:name w:val="Dark List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nipopis-Isticanje1">
    <w:name w:val="Dark List Accent 1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nipopis-Isticanje2">
    <w:name w:val="Dark List Accent 2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nipopis-Isticanje3">
    <w:name w:val="Dark List Accent 3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nipopis-Isticanje4">
    <w:name w:val="Dark List Accent 4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nipopis-Isticanje5">
    <w:name w:val="Dark List Accent 5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nipopis-Isticanje6">
    <w:name w:val="Dark List Accent 6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Obojanosjenanje">
    <w:name w:val="Colorful Shading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1">
    <w:name w:val="Colorful Shading Accent 1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jenanjeuboji-Isticanje2">
    <w:name w:val="Colorful Shading Accent 2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3">
    <w:name w:val="Colorful Shading Accent 3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osjenanje-Isticanje4">
    <w:name w:val="Colorful Shading Accent 4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5">
    <w:name w:val="Colorful Shading Accent 5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6">
    <w:name w:val="Colorful Shading Accent 6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ipopis">
    <w:name w:val="Colorful List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Obojanipopis-Isticanje1">
    <w:name w:val="Colorful List Accent 1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Obojanopopis-Isticanje2">
    <w:name w:val="Colorful List Accent 2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Obojanipopis-Isticanje3">
    <w:name w:val="Colorful List Accent 3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Obojanipopis-Isticanje4">
    <w:name w:val="Colorful List Accent 4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Obojanipopis-Isticanje5">
    <w:name w:val="Colorful List Accent 5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Obojanipopis-Isticanje6">
    <w:name w:val="Colorful List Accent 6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Obojanareetka">
    <w:name w:val="Colorful Grid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bojanareetka-Isticanje1">
    <w:name w:val="Colorful Grid Accent 1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bojanoreetka-Isticanje2">
    <w:name w:val="Colorful Grid Accent 2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bojanareetka-Isticanje3">
    <w:name w:val="Colorful Grid Accent 3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areetka-Isticanje4">
    <w:name w:val="Colorful Grid Accent 4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bojanareetka-Isticanje5">
    <w:name w:val="Colorful Grid Accent 5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bojanareetka-Isticanje6">
    <w:name w:val="Colorful Grid Accent 6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iperveza">
    <w:name w:val="Hyperlink"/>
    <w:basedOn w:val="Zadanifontodlomka"/>
    <w:uiPriority w:val="99"/>
    <w:unhideWhenUsed/>
    <w:rsid w:val="000C419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savjetovanje@crikvenica.hr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7</Pages>
  <Words>1821</Words>
  <Characters>10384</Characters>
  <Application>Microsoft Office Word</Application>
  <DocSecurity>0</DocSecurity>
  <Lines>86</Lines>
  <Paragraphs>24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12181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Martina Tomašić Smoljan</cp:lastModifiedBy>
  <cp:revision>13</cp:revision>
  <cp:lastPrinted>2026-09-22T06:38:00Z</cp:lastPrinted>
  <dcterms:created xsi:type="dcterms:W3CDTF">2013-12-23T23:15:00Z</dcterms:created>
  <dcterms:modified xsi:type="dcterms:W3CDTF">2026-10-12T12:02:00Z</dcterms:modified>
  <cp:category/>
</cp:coreProperties>
</file>